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D1F" w:rsidRDefault="00227D1F">
      <w:pPr>
        <w:autoSpaceDE w:val="0"/>
        <w:autoSpaceDN w:val="0"/>
        <w:spacing w:after="78" w:line="220" w:lineRule="exact"/>
      </w:pPr>
      <w:bookmarkStart w:id="0" w:name="_GoBack"/>
      <w:bookmarkEnd w:id="0"/>
    </w:p>
    <w:p w:rsidR="00227D1F" w:rsidRPr="00186BEE" w:rsidRDefault="00186BEE">
      <w:pPr>
        <w:autoSpaceDE w:val="0"/>
        <w:autoSpaceDN w:val="0"/>
        <w:spacing w:after="0" w:line="230" w:lineRule="auto"/>
        <w:ind w:left="1494"/>
        <w:rPr>
          <w:lang w:val="ru-RU"/>
        </w:rPr>
      </w:pPr>
      <w:r w:rsidRPr="00186BEE">
        <w:rPr>
          <w:rFonts w:ascii="Times New Roman" w:eastAsia="Times New Roman" w:hAnsi="Times New Roman"/>
          <w:b/>
          <w:color w:val="000000"/>
          <w:sz w:val="24"/>
          <w:lang w:val="ru-RU"/>
        </w:rPr>
        <w:t>МИНИСТЕРСТВО ПРОСВЕЩЕНИЯ РОССИЙСКОЙ ФЕДЕРАЦИИ</w:t>
      </w:r>
    </w:p>
    <w:p w:rsidR="00227D1F" w:rsidRPr="00186BEE" w:rsidRDefault="00186BEE">
      <w:pPr>
        <w:autoSpaceDE w:val="0"/>
        <w:autoSpaceDN w:val="0"/>
        <w:spacing w:before="670" w:after="0" w:line="230" w:lineRule="auto"/>
        <w:ind w:left="2340"/>
        <w:rPr>
          <w:lang w:val="ru-RU"/>
        </w:rPr>
      </w:pPr>
      <w:r w:rsidRPr="00186BEE">
        <w:rPr>
          <w:rFonts w:ascii="Times New Roman" w:eastAsia="Times New Roman" w:hAnsi="Times New Roman"/>
          <w:color w:val="000000"/>
          <w:sz w:val="24"/>
          <w:lang w:val="ru-RU"/>
        </w:rPr>
        <w:t>Министерство образования и науки Республики Дагестан</w:t>
      </w:r>
    </w:p>
    <w:p w:rsidR="00227D1F" w:rsidRPr="00186BEE" w:rsidRDefault="00186BEE">
      <w:pPr>
        <w:autoSpaceDE w:val="0"/>
        <w:autoSpaceDN w:val="0"/>
        <w:spacing w:before="670" w:after="0" w:line="230" w:lineRule="auto"/>
        <w:ind w:right="2632"/>
        <w:jc w:val="right"/>
        <w:rPr>
          <w:lang w:val="ru-RU"/>
        </w:rPr>
      </w:pPr>
      <w:r w:rsidRPr="00186BEE">
        <w:rPr>
          <w:rFonts w:ascii="Times New Roman" w:eastAsia="Times New Roman" w:hAnsi="Times New Roman"/>
          <w:color w:val="000000"/>
          <w:sz w:val="24"/>
          <w:lang w:val="ru-RU"/>
        </w:rPr>
        <w:t>Администрация МР «</w:t>
      </w:r>
      <w:proofErr w:type="spellStart"/>
      <w:r w:rsidRPr="00186BEE">
        <w:rPr>
          <w:rFonts w:ascii="Times New Roman" w:eastAsia="Times New Roman" w:hAnsi="Times New Roman"/>
          <w:color w:val="000000"/>
          <w:sz w:val="24"/>
          <w:lang w:val="ru-RU"/>
        </w:rPr>
        <w:t>Кизилюртовский</w:t>
      </w:r>
      <w:proofErr w:type="spellEnd"/>
      <w:r w:rsidRPr="00186BEE">
        <w:rPr>
          <w:rFonts w:ascii="Times New Roman" w:eastAsia="Times New Roman" w:hAnsi="Times New Roman"/>
          <w:color w:val="000000"/>
          <w:sz w:val="24"/>
          <w:lang w:val="ru-RU"/>
        </w:rPr>
        <w:t xml:space="preserve"> район»</w:t>
      </w:r>
    </w:p>
    <w:p w:rsidR="00227D1F" w:rsidRPr="00186BEE" w:rsidRDefault="00186BEE">
      <w:pPr>
        <w:autoSpaceDE w:val="0"/>
        <w:autoSpaceDN w:val="0"/>
        <w:spacing w:before="670" w:after="1376" w:line="230" w:lineRule="auto"/>
        <w:ind w:right="2428"/>
        <w:jc w:val="right"/>
        <w:rPr>
          <w:lang w:val="ru-RU"/>
        </w:rPr>
      </w:pPr>
      <w:r w:rsidRPr="00186BEE">
        <w:rPr>
          <w:rFonts w:ascii="Times New Roman" w:eastAsia="Times New Roman" w:hAnsi="Times New Roman"/>
          <w:color w:val="000000"/>
          <w:sz w:val="24"/>
          <w:lang w:val="ru-RU"/>
        </w:rPr>
        <w:t xml:space="preserve">МКОУ "Комсомольская СОШ </w:t>
      </w:r>
      <w:proofErr w:type="spellStart"/>
      <w:r w:rsidRPr="00186BEE">
        <w:rPr>
          <w:rFonts w:ascii="Times New Roman" w:eastAsia="Times New Roman" w:hAnsi="Times New Roman"/>
          <w:color w:val="000000"/>
          <w:sz w:val="24"/>
          <w:lang w:val="ru-RU"/>
        </w:rPr>
        <w:t>им.Гаджиева</w:t>
      </w:r>
      <w:proofErr w:type="spellEnd"/>
      <w:r w:rsidRPr="00186BEE">
        <w:rPr>
          <w:rFonts w:ascii="Times New Roman" w:eastAsia="Times New Roman" w:hAnsi="Times New Roman"/>
          <w:color w:val="000000"/>
          <w:sz w:val="24"/>
          <w:lang w:val="ru-RU"/>
        </w:rPr>
        <w:t xml:space="preserve"> Н.О."</w:t>
      </w:r>
    </w:p>
    <w:tbl>
      <w:tblPr>
        <w:tblW w:w="0" w:type="auto"/>
        <w:tblLayout w:type="fixed"/>
        <w:tblLook w:val="04A0" w:firstRow="1" w:lastRow="0" w:firstColumn="1" w:lastColumn="0" w:noHBand="0" w:noVBand="1"/>
      </w:tblPr>
      <w:tblGrid>
        <w:gridCol w:w="3402"/>
        <w:gridCol w:w="3340"/>
        <w:gridCol w:w="3320"/>
      </w:tblGrid>
      <w:tr w:rsidR="00227D1F">
        <w:trPr>
          <w:trHeight w:hRule="exact" w:val="274"/>
        </w:trPr>
        <w:tc>
          <w:tcPr>
            <w:tcW w:w="3402" w:type="dxa"/>
            <w:tcMar>
              <w:left w:w="0" w:type="dxa"/>
              <w:right w:w="0" w:type="dxa"/>
            </w:tcMar>
          </w:tcPr>
          <w:p w:rsidR="00227D1F" w:rsidRDefault="00186BEE">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340" w:type="dxa"/>
            <w:tcMar>
              <w:left w:w="0" w:type="dxa"/>
              <w:right w:w="0" w:type="dxa"/>
            </w:tcMar>
          </w:tcPr>
          <w:p w:rsidR="00227D1F" w:rsidRDefault="00186BEE">
            <w:pPr>
              <w:autoSpaceDE w:val="0"/>
              <w:autoSpaceDN w:val="0"/>
              <w:spacing w:before="48" w:after="0" w:line="230" w:lineRule="auto"/>
              <w:ind w:left="116"/>
            </w:pPr>
            <w:r>
              <w:rPr>
                <w:rFonts w:ascii="Times New Roman" w:eastAsia="Times New Roman" w:hAnsi="Times New Roman"/>
                <w:color w:val="000000"/>
                <w:w w:val="102"/>
                <w:sz w:val="20"/>
              </w:rPr>
              <w:t>СОГЛАСОВАНО</w:t>
            </w:r>
          </w:p>
        </w:tc>
        <w:tc>
          <w:tcPr>
            <w:tcW w:w="3320" w:type="dxa"/>
            <w:tcMar>
              <w:left w:w="0" w:type="dxa"/>
              <w:right w:w="0" w:type="dxa"/>
            </w:tcMar>
          </w:tcPr>
          <w:p w:rsidR="00227D1F" w:rsidRDefault="00186BEE">
            <w:pPr>
              <w:autoSpaceDE w:val="0"/>
              <w:autoSpaceDN w:val="0"/>
              <w:spacing w:before="48" w:after="0" w:line="230" w:lineRule="auto"/>
              <w:ind w:left="292"/>
            </w:pPr>
            <w:r>
              <w:rPr>
                <w:rFonts w:ascii="Times New Roman" w:eastAsia="Times New Roman" w:hAnsi="Times New Roman"/>
                <w:color w:val="000000"/>
                <w:w w:val="102"/>
                <w:sz w:val="20"/>
              </w:rPr>
              <w:t>УТВЕРЖДЕНО</w:t>
            </w:r>
          </w:p>
        </w:tc>
      </w:tr>
      <w:tr w:rsidR="00227D1F">
        <w:trPr>
          <w:trHeight w:hRule="exact" w:val="200"/>
        </w:trPr>
        <w:tc>
          <w:tcPr>
            <w:tcW w:w="3402" w:type="dxa"/>
            <w:tcMar>
              <w:left w:w="0" w:type="dxa"/>
              <w:right w:w="0" w:type="dxa"/>
            </w:tcMar>
          </w:tcPr>
          <w:p w:rsidR="00227D1F" w:rsidRDefault="00186BEE">
            <w:pPr>
              <w:autoSpaceDE w:val="0"/>
              <w:autoSpaceDN w:val="0"/>
              <w:spacing w:after="0" w:line="230" w:lineRule="auto"/>
            </w:pPr>
            <w:r>
              <w:rPr>
                <w:rFonts w:ascii="Times New Roman" w:eastAsia="Times New Roman" w:hAnsi="Times New Roman"/>
                <w:color w:val="000000"/>
                <w:w w:val="102"/>
                <w:sz w:val="20"/>
              </w:rPr>
              <w:t>МО учителей математики,</w:t>
            </w:r>
          </w:p>
        </w:tc>
        <w:tc>
          <w:tcPr>
            <w:tcW w:w="3340" w:type="dxa"/>
            <w:tcMar>
              <w:left w:w="0" w:type="dxa"/>
              <w:right w:w="0" w:type="dxa"/>
            </w:tcMar>
          </w:tcPr>
          <w:p w:rsidR="00227D1F" w:rsidRDefault="00186BEE">
            <w:pPr>
              <w:autoSpaceDE w:val="0"/>
              <w:autoSpaceDN w:val="0"/>
              <w:spacing w:after="0" w:line="230" w:lineRule="auto"/>
              <w:ind w:left="116"/>
            </w:pPr>
            <w:r>
              <w:rPr>
                <w:rFonts w:ascii="Times New Roman" w:eastAsia="Times New Roman" w:hAnsi="Times New Roman"/>
                <w:color w:val="000000"/>
                <w:w w:val="102"/>
                <w:sz w:val="20"/>
              </w:rPr>
              <w:t>Заместитель директора по УВР</w:t>
            </w:r>
          </w:p>
        </w:tc>
        <w:tc>
          <w:tcPr>
            <w:tcW w:w="3320" w:type="dxa"/>
            <w:tcMar>
              <w:left w:w="0" w:type="dxa"/>
              <w:right w:w="0" w:type="dxa"/>
            </w:tcMar>
          </w:tcPr>
          <w:p w:rsidR="00227D1F" w:rsidRDefault="00186BEE">
            <w:pPr>
              <w:autoSpaceDE w:val="0"/>
              <w:autoSpaceDN w:val="0"/>
              <w:spacing w:after="0" w:line="230" w:lineRule="auto"/>
              <w:ind w:left="292"/>
            </w:pPr>
            <w:r>
              <w:rPr>
                <w:rFonts w:ascii="Times New Roman" w:eastAsia="Times New Roman" w:hAnsi="Times New Roman"/>
                <w:color w:val="000000"/>
                <w:w w:val="102"/>
                <w:sz w:val="20"/>
              </w:rPr>
              <w:t>Директор</w:t>
            </w:r>
          </w:p>
        </w:tc>
      </w:tr>
      <w:tr w:rsidR="00227D1F">
        <w:trPr>
          <w:trHeight w:hRule="exact" w:val="400"/>
        </w:trPr>
        <w:tc>
          <w:tcPr>
            <w:tcW w:w="3402" w:type="dxa"/>
            <w:tcMar>
              <w:left w:w="0" w:type="dxa"/>
              <w:right w:w="0" w:type="dxa"/>
            </w:tcMar>
          </w:tcPr>
          <w:p w:rsidR="00227D1F" w:rsidRDefault="00186BEE">
            <w:pPr>
              <w:autoSpaceDE w:val="0"/>
              <w:autoSpaceDN w:val="0"/>
              <w:spacing w:after="0" w:line="230" w:lineRule="auto"/>
            </w:pPr>
            <w:r>
              <w:rPr>
                <w:rFonts w:ascii="Times New Roman" w:eastAsia="Times New Roman" w:hAnsi="Times New Roman"/>
                <w:color w:val="000000"/>
                <w:w w:val="102"/>
                <w:sz w:val="20"/>
              </w:rPr>
              <w:t>информатики и физики</w:t>
            </w:r>
          </w:p>
        </w:tc>
        <w:tc>
          <w:tcPr>
            <w:tcW w:w="3340" w:type="dxa"/>
            <w:vMerge w:val="restart"/>
            <w:tcMar>
              <w:left w:w="0" w:type="dxa"/>
              <w:right w:w="0" w:type="dxa"/>
            </w:tcMar>
          </w:tcPr>
          <w:p w:rsidR="00227D1F" w:rsidRDefault="00186BEE">
            <w:pPr>
              <w:autoSpaceDE w:val="0"/>
              <w:autoSpaceDN w:val="0"/>
              <w:spacing w:before="198" w:after="0" w:line="230" w:lineRule="auto"/>
              <w:ind w:left="116"/>
            </w:pPr>
            <w:r>
              <w:rPr>
                <w:rFonts w:ascii="Times New Roman" w:eastAsia="Times New Roman" w:hAnsi="Times New Roman"/>
                <w:color w:val="000000"/>
                <w:w w:val="102"/>
                <w:sz w:val="20"/>
              </w:rPr>
              <w:t>______________Магомедова М.Г.</w:t>
            </w:r>
          </w:p>
        </w:tc>
        <w:tc>
          <w:tcPr>
            <w:tcW w:w="3320" w:type="dxa"/>
            <w:vMerge w:val="restart"/>
            <w:tcMar>
              <w:left w:w="0" w:type="dxa"/>
              <w:right w:w="0" w:type="dxa"/>
            </w:tcMar>
          </w:tcPr>
          <w:p w:rsidR="00227D1F" w:rsidRDefault="00186BEE">
            <w:pPr>
              <w:autoSpaceDE w:val="0"/>
              <w:autoSpaceDN w:val="0"/>
              <w:spacing w:before="198" w:after="0" w:line="230" w:lineRule="auto"/>
              <w:ind w:left="292"/>
            </w:pPr>
            <w:r>
              <w:rPr>
                <w:rFonts w:ascii="Times New Roman" w:eastAsia="Times New Roman" w:hAnsi="Times New Roman"/>
                <w:color w:val="000000"/>
                <w:w w:val="102"/>
                <w:sz w:val="20"/>
              </w:rPr>
              <w:t>______________Гинбатова А.М.</w:t>
            </w:r>
          </w:p>
        </w:tc>
      </w:tr>
      <w:tr w:rsidR="00227D1F">
        <w:trPr>
          <w:trHeight w:hRule="exact" w:val="116"/>
        </w:trPr>
        <w:tc>
          <w:tcPr>
            <w:tcW w:w="3402" w:type="dxa"/>
            <w:vMerge w:val="restart"/>
            <w:tcMar>
              <w:left w:w="0" w:type="dxa"/>
              <w:right w:w="0" w:type="dxa"/>
            </w:tcMar>
          </w:tcPr>
          <w:p w:rsidR="00227D1F" w:rsidRDefault="00186BEE">
            <w:pPr>
              <w:autoSpaceDE w:val="0"/>
              <w:autoSpaceDN w:val="0"/>
              <w:spacing w:before="2" w:after="0" w:line="230" w:lineRule="auto"/>
            </w:pPr>
            <w:r>
              <w:rPr>
                <w:rFonts w:ascii="Times New Roman" w:eastAsia="Times New Roman" w:hAnsi="Times New Roman"/>
                <w:color w:val="000000"/>
                <w:w w:val="102"/>
                <w:sz w:val="20"/>
              </w:rPr>
              <w:t>______________Абдулкеримова Х.М.</w:t>
            </w:r>
          </w:p>
        </w:tc>
        <w:tc>
          <w:tcPr>
            <w:tcW w:w="3429" w:type="dxa"/>
            <w:vMerge/>
          </w:tcPr>
          <w:p w:rsidR="00227D1F" w:rsidRDefault="00227D1F"/>
        </w:tc>
        <w:tc>
          <w:tcPr>
            <w:tcW w:w="3429" w:type="dxa"/>
            <w:vMerge/>
          </w:tcPr>
          <w:p w:rsidR="00227D1F" w:rsidRDefault="00227D1F"/>
        </w:tc>
      </w:tr>
      <w:tr w:rsidR="00227D1F">
        <w:trPr>
          <w:trHeight w:hRule="exact" w:val="304"/>
        </w:trPr>
        <w:tc>
          <w:tcPr>
            <w:tcW w:w="3429" w:type="dxa"/>
            <w:vMerge/>
          </w:tcPr>
          <w:p w:rsidR="00227D1F" w:rsidRDefault="00227D1F"/>
        </w:tc>
        <w:tc>
          <w:tcPr>
            <w:tcW w:w="3340" w:type="dxa"/>
            <w:tcMar>
              <w:left w:w="0" w:type="dxa"/>
              <w:right w:w="0" w:type="dxa"/>
            </w:tcMar>
          </w:tcPr>
          <w:p w:rsidR="00227D1F" w:rsidRDefault="00186BEE">
            <w:pPr>
              <w:autoSpaceDE w:val="0"/>
              <w:autoSpaceDN w:val="0"/>
              <w:spacing w:before="78" w:after="0" w:line="230" w:lineRule="auto"/>
              <w:ind w:left="116"/>
            </w:pPr>
            <w:r>
              <w:rPr>
                <w:rFonts w:ascii="Times New Roman" w:eastAsia="Times New Roman" w:hAnsi="Times New Roman"/>
                <w:color w:val="000000"/>
                <w:w w:val="102"/>
                <w:sz w:val="20"/>
              </w:rPr>
              <w:t>Протокол №1</w:t>
            </w:r>
          </w:p>
        </w:tc>
        <w:tc>
          <w:tcPr>
            <w:tcW w:w="3320" w:type="dxa"/>
            <w:tcMar>
              <w:left w:w="0" w:type="dxa"/>
              <w:right w:w="0" w:type="dxa"/>
            </w:tcMar>
          </w:tcPr>
          <w:p w:rsidR="00227D1F" w:rsidRDefault="00186BEE">
            <w:pPr>
              <w:autoSpaceDE w:val="0"/>
              <w:autoSpaceDN w:val="0"/>
              <w:spacing w:before="78" w:after="0" w:line="230" w:lineRule="auto"/>
              <w:ind w:left="292"/>
            </w:pPr>
            <w:r>
              <w:rPr>
                <w:rFonts w:ascii="Times New Roman" w:eastAsia="Times New Roman" w:hAnsi="Times New Roman"/>
                <w:color w:val="000000"/>
                <w:w w:val="102"/>
                <w:sz w:val="20"/>
              </w:rPr>
              <w:t>Приказ №1</w:t>
            </w:r>
          </w:p>
        </w:tc>
      </w:tr>
      <w:tr w:rsidR="00227D1F">
        <w:trPr>
          <w:trHeight w:hRule="exact" w:val="300"/>
        </w:trPr>
        <w:tc>
          <w:tcPr>
            <w:tcW w:w="3402" w:type="dxa"/>
            <w:tcMar>
              <w:left w:w="0" w:type="dxa"/>
              <w:right w:w="0" w:type="dxa"/>
            </w:tcMar>
          </w:tcPr>
          <w:p w:rsidR="00227D1F" w:rsidRDefault="00186BEE">
            <w:pPr>
              <w:autoSpaceDE w:val="0"/>
              <w:autoSpaceDN w:val="0"/>
              <w:spacing w:after="0" w:line="230" w:lineRule="auto"/>
            </w:pPr>
            <w:r>
              <w:rPr>
                <w:rFonts w:ascii="Times New Roman" w:eastAsia="Times New Roman" w:hAnsi="Times New Roman"/>
                <w:color w:val="000000"/>
                <w:w w:val="102"/>
                <w:sz w:val="20"/>
              </w:rPr>
              <w:t>Протокол №1</w:t>
            </w:r>
          </w:p>
        </w:tc>
        <w:tc>
          <w:tcPr>
            <w:tcW w:w="3340" w:type="dxa"/>
            <w:vMerge w:val="restart"/>
            <w:tcMar>
              <w:left w:w="0" w:type="dxa"/>
              <w:right w:w="0" w:type="dxa"/>
            </w:tcMar>
          </w:tcPr>
          <w:p w:rsidR="00227D1F" w:rsidRDefault="00186BEE">
            <w:pPr>
              <w:autoSpaceDE w:val="0"/>
              <w:autoSpaceDN w:val="0"/>
              <w:spacing w:before="194" w:after="0" w:line="230" w:lineRule="auto"/>
              <w:ind w:left="116"/>
            </w:pPr>
            <w:r>
              <w:rPr>
                <w:rFonts w:ascii="Times New Roman" w:eastAsia="Times New Roman" w:hAnsi="Times New Roman"/>
                <w:color w:val="000000"/>
                <w:w w:val="102"/>
                <w:sz w:val="20"/>
              </w:rPr>
              <w:t>от "30" августа  2022 г.</w:t>
            </w:r>
          </w:p>
        </w:tc>
        <w:tc>
          <w:tcPr>
            <w:tcW w:w="3320" w:type="dxa"/>
            <w:vMerge w:val="restart"/>
            <w:tcMar>
              <w:left w:w="0" w:type="dxa"/>
              <w:right w:w="0" w:type="dxa"/>
            </w:tcMar>
          </w:tcPr>
          <w:p w:rsidR="00227D1F" w:rsidRDefault="00186BEE">
            <w:pPr>
              <w:autoSpaceDE w:val="0"/>
              <w:autoSpaceDN w:val="0"/>
              <w:spacing w:before="194" w:after="0" w:line="230" w:lineRule="auto"/>
              <w:ind w:left="292"/>
            </w:pPr>
            <w:r>
              <w:rPr>
                <w:rFonts w:ascii="Times New Roman" w:eastAsia="Times New Roman" w:hAnsi="Times New Roman"/>
                <w:color w:val="000000"/>
                <w:w w:val="102"/>
                <w:sz w:val="20"/>
              </w:rPr>
              <w:t>от "30" августа2022 г.</w:t>
            </w:r>
          </w:p>
        </w:tc>
      </w:tr>
      <w:tr w:rsidR="00227D1F">
        <w:trPr>
          <w:trHeight w:hRule="exact" w:val="384"/>
        </w:trPr>
        <w:tc>
          <w:tcPr>
            <w:tcW w:w="3402" w:type="dxa"/>
            <w:tcMar>
              <w:left w:w="0" w:type="dxa"/>
              <w:right w:w="0" w:type="dxa"/>
            </w:tcMar>
          </w:tcPr>
          <w:p w:rsidR="00227D1F" w:rsidRDefault="00186BEE">
            <w:pPr>
              <w:autoSpaceDE w:val="0"/>
              <w:autoSpaceDN w:val="0"/>
              <w:spacing w:before="98" w:after="0" w:line="230" w:lineRule="auto"/>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"30" августа2022 г.</w:t>
            </w:r>
          </w:p>
        </w:tc>
        <w:tc>
          <w:tcPr>
            <w:tcW w:w="3429" w:type="dxa"/>
            <w:vMerge/>
          </w:tcPr>
          <w:p w:rsidR="00227D1F" w:rsidRDefault="00227D1F"/>
        </w:tc>
        <w:tc>
          <w:tcPr>
            <w:tcW w:w="3429" w:type="dxa"/>
            <w:vMerge/>
          </w:tcPr>
          <w:p w:rsidR="00227D1F" w:rsidRDefault="00227D1F"/>
        </w:tc>
      </w:tr>
    </w:tbl>
    <w:p w:rsidR="00227D1F" w:rsidRPr="00186BEE" w:rsidRDefault="00186BEE">
      <w:pPr>
        <w:autoSpaceDE w:val="0"/>
        <w:autoSpaceDN w:val="0"/>
        <w:spacing w:before="978" w:after="0" w:line="230" w:lineRule="auto"/>
        <w:ind w:right="3646"/>
        <w:jc w:val="right"/>
        <w:rPr>
          <w:lang w:val="ru-RU"/>
        </w:rPr>
      </w:pPr>
      <w:r w:rsidRPr="00186BEE">
        <w:rPr>
          <w:rFonts w:ascii="Times New Roman" w:eastAsia="Times New Roman" w:hAnsi="Times New Roman"/>
          <w:b/>
          <w:color w:val="000000"/>
          <w:sz w:val="24"/>
          <w:lang w:val="ru-RU"/>
        </w:rPr>
        <w:t>РАБОЧАЯ ПРОГРАММА</w:t>
      </w:r>
    </w:p>
    <w:p w:rsidR="00227D1F" w:rsidRPr="00186BEE" w:rsidRDefault="00186BEE">
      <w:pPr>
        <w:autoSpaceDE w:val="0"/>
        <w:autoSpaceDN w:val="0"/>
        <w:spacing w:before="70" w:after="0" w:line="230" w:lineRule="auto"/>
        <w:ind w:right="4418"/>
        <w:jc w:val="right"/>
        <w:rPr>
          <w:lang w:val="ru-RU"/>
        </w:rPr>
      </w:pPr>
      <w:r w:rsidRPr="00186BEE">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186BEE">
        <w:rPr>
          <w:rFonts w:ascii="Times New Roman" w:eastAsia="Times New Roman" w:hAnsi="Times New Roman"/>
          <w:b/>
          <w:color w:val="000000"/>
          <w:sz w:val="24"/>
          <w:lang w:val="ru-RU"/>
        </w:rPr>
        <w:t xml:space="preserve"> 2628324)</w:t>
      </w:r>
    </w:p>
    <w:p w:rsidR="00227D1F" w:rsidRPr="00186BEE" w:rsidRDefault="00186BEE">
      <w:pPr>
        <w:autoSpaceDE w:val="0"/>
        <w:autoSpaceDN w:val="0"/>
        <w:spacing w:before="166" w:after="0" w:line="230" w:lineRule="auto"/>
        <w:ind w:right="4018"/>
        <w:jc w:val="right"/>
        <w:rPr>
          <w:lang w:val="ru-RU"/>
        </w:rPr>
      </w:pPr>
      <w:r w:rsidRPr="00186BEE">
        <w:rPr>
          <w:rFonts w:ascii="Times New Roman" w:eastAsia="Times New Roman" w:hAnsi="Times New Roman"/>
          <w:color w:val="000000"/>
          <w:sz w:val="24"/>
          <w:lang w:val="ru-RU"/>
        </w:rPr>
        <w:t>учебного предмета</w:t>
      </w:r>
    </w:p>
    <w:p w:rsidR="00227D1F" w:rsidRPr="00186BEE" w:rsidRDefault="00186BEE">
      <w:pPr>
        <w:autoSpaceDE w:val="0"/>
        <w:autoSpaceDN w:val="0"/>
        <w:spacing w:before="70" w:after="0" w:line="230" w:lineRule="auto"/>
        <w:ind w:right="4246"/>
        <w:jc w:val="right"/>
        <w:rPr>
          <w:lang w:val="ru-RU"/>
        </w:rPr>
      </w:pPr>
      <w:r w:rsidRPr="00186BEE">
        <w:rPr>
          <w:rFonts w:ascii="Times New Roman" w:eastAsia="Times New Roman" w:hAnsi="Times New Roman"/>
          <w:color w:val="000000"/>
          <w:sz w:val="24"/>
          <w:lang w:val="ru-RU"/>
        </w:rPr>
        <w:t>«Математика»</w:t>
      </w:r>
    </w:p>
    <w:p w:rsidR="00227D1F" w:rsidRPr="00186BEE" w:rsidRDefault="00186BEE">
      <w:pPr>
        <w:autoSpaceDE w:val="0"/>
        <w:autoSpaceDN w:val="0"/>
        <w:spacing w:before="670" w:after="0" w:line="230" w:lineRule="auto"/>
        <w:ind w:right="2702"/>
        <w:jc w:val="right"/>
        <w:rPr>
          <w:lang w:val="ru-RU"/>
        </w:rPr>
      </w:pPr>
      <w:r w:rsidRPr="00186BEE">
        <w:rPr>
          <w:rFonts w:ascii="Times New Roman" w:eastAsia="Times New Roman" w:hAnsi="Times New Roman"/>
          <w:color w:val="000000"/>
          <w:sz w:val="24"/>
          <w:lang w:val="ru-RU"/>
        </w:rPr>
        <w:t>для  5 класса основного общего образования</w:t>
      </w:r>
    </w:p>
    <w:p w:rsidR="00227D1F" w:rsidRPr="00186BEE" w:rsidRDefault="00186BEE">
      <w:pPr>
        <w:autoSpaceDE w:val="0"/>
        <w:autoSpaceDN w:val="0"/>
        <w:spacing w:before="70" w:after="0" w:line="230" w:lineRule="auto"/>
        <w:ind w:right="3616"/>
        <w:jc w:val="right"/>
        <w:rPr>
          <w:lang w:val="ru-RU"/>
        </w:rPr>
      </w:pPr>
      <w:r w:rsidRPr="00186BEE">
        <w:rPr>
          <w:rFonts w:ascii="Times New Roman" w:eastAsia="Times New Roman" w:hAnsi="Times New Roman"/>
          <w:color w:val="000000"/>
          <w:sz w:val="24"/>
          <w:lang w:val="ru-RU"/>
        </w:rPr>
        <w:t>на 2022-2023  учебный год</w:t>
      </w:r>
    </w:p>
    <w:p w:rsidR="00227D1F" w:rsidRPr="00186BEE" w:rsidRDefault="00186BEE">
      <w:pPr>
        <w:autoSpaceDE w:val="0"/>
        <w:autoSpaceDN w:val="0"/>
        <w:spacing w:before="2112" w:after="0" w:line="230" w:lineRule="auto"/>
        <w:ind w:right="20"/>
        <w:jc w:val="right"/>
        <w:rPr>
          <w:lang w:val="ru-RU"/>
        </w:rPr>
      </w:pPr>
      <w:r w:rsidRPr="00186BEE">
        <w:rPr>
          <w:rFonts w:ascii="Times New Roman" w:eastAsia="Times New Roman" w:hAnsi="Times New Roman"/>
          <w:color w:val="000000"/>
          <w:sz w:val="24"/>
          <w:lang w:val="ru-RU"/>
        </w:rPr>
        <w:t xml:space="preserve">Составитель: </w:t>
      </w:r>
      <w:proofErr w:type="spellStart"/>
      <w:r w:rsidRPr="00186BEE">
        <w:rPr>
          <w:rFonts w:ascii="Times New Roman" w:eastAsia="Times New Roman" w:hAnsi="Times New Roman"/>
          <w:color w:val="000000"/>
          <w:sz w:val="24"/>
          <w:lang w:val="ru-RU"/>
        </w:rPr>
        <w:t>Амиргамзаев</w:t>
      </w:r>
      <w:proofErr w:type="spellEnd"/>
      <w:r w:rsidRPr="00186BEE">
        <w:rPr>
          <w:rFonts w:ascii="Times New Roman" w:eastAsia="Times New Roman" w:hAnsi="Times New Roman"/>
          <w:color w:val="000000"/>
          <w:sz w:val="24"/>
          <w:lang w:val="ru-RU"/>
        </w:rPr>
        <w:t xml:space="preserve"> </w:t>
      </w:r>
      <w:proofErr w:type="spellStart"/>
      <w:r w:rsidRPr="00186BEE">
        <w:rPr>
          <w:rFonts w:ascii="Times New Roman" w:eastAsia="Times New Roman" w:hAnsi="Times New Roman"/>
          <w:color w:val="000000"/>
          <w:sz w:val="24"/>
          <w:lang w:val="ru-RU"/>
        </w:rPr>
        <w:t>Амиргамза</w:t>
      </w:r>
      <w:proofErr w:type="spellEnd"/>
      <w:r w:rsidRPr="00186BEE">
        <w:rPr>
          <w:rFonts w:ascii="Times New Roman" w:eastAsia="Times New Roman" w:hAnsi="Times New Roman"/>
          <w:color w:val="000000"/>
          <w:sz w:val="24"/>
          <w:lang w:val="ru-RU"/>
        </w:rPr>
        <w:t xml:space="preserve"> </w:t>
      </w:r>
      <w:proofErr w:type="spellStart"/>
      <w:r w:rsidRPr="00186BEE">
        <w:rPr>
          <w:rFonts w:ascii="Times New Roman" w:eastAsia="Times New Roman" w:hAnsi="Times New Roman"/>
          <w:color w:val="000000"/>
          <w:sz w:val="24"/>
          <w:lang w:val="ru-RU"/>
        </w:rPr>
        <w:t>Алисултанович</w:t>
      </w:r>
      <w:proofErr w:type="spellEnd"/>
    </w:p>
    <w:p w:rsidR="00227D1F" w:rsidRPr="00186BEE" w:rsidRDefault="00186BEE">
      <w:pPr>
        <w:autoSpaceDE w:val="0"/>
        <w:autoSpaceDN w:val="0"/>
        <w:spacing w:before="70" w:after="0" w:line="230" w:lineRule="auto"/>
        <w:ind w:right="32"/>
        <w:jc w:val="right"/>
        <w:rPr>
          <w:lang w:val="ru-RU"/>
        </w:rPr>
      </w:pPr>
      <w:r w:rsidRPr="00186BEE">
        <w:rPr>
          <w:rFonts w:ascii="Times New Roman" w:eastAsia="Times New Roman" w:hAnsi="Times New Roman"/>
          <w:color w:val="000000"/>
          <w:sz w:val="24"/>
          <w:lang w:val="ru-RU"/>
        </w:rPr>
        <w:t>учитель математики и информатики</w:t>
      </w:r>
    </w:p>
    <w:p w:rsidR="00227D1F" w:rsidRPr="00186BEE" w:rsidRDefault="00227D1F">
      <w:pPr>
        <w:rPr>
          <w:lang w:val="ru-RU"/>
        </w:rPr>
        <w:sectPr w:rsidR="00227D1F" w:rsidRPr="00186BEE">
          <w:pgSz w:w="11900" w:h="16840"/>
          <w:pgMar w:top="298" w:right="874" w:bottom="1440" w:left="738" w:header="720" w:footer="720" w:gutter="0"/>
          <w:cols w:space="720" w:equalWidth="0">
            <w:col w:w="10288"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30" w:lineRule="auto"/>
        <w:ind w:right="3096"/>
        <w:jc w:val="right"/>
        <w:rPr>
          <w:lang w:val="ru-RU"/>
        </w:rPr>
      </w:pPr>
      <w:r w:rsidRPr="00186BEE">
        <w:rPr>
          <w:rFonts w:ascii="Times New Roman" w:eastAsia="Times New Roman" w:hAnsi="Times New Roman"/>
          <w:color w:val="000000"/>
          <w:sz w:val="24"/>
          <w:lang w:val="ru-RU"/>
        </w:rPr>
        <w:t>Село Комсомольское 2022</w:t>
      </w:r>
    </w:p>
    <w:p w:rsidR="00227D1F" w:rsidRPr="00186BEE" w:rsidRDefault="00227D1F">
      <w:pPr>
        <w:rPr>
          <w:lang w:val="ru-RU"/>
        </w:rPr>
        <w:sectPr w:rsidR="00227D1F" w:rsidRPr="00186BEE">
          <w:pgSz w:w="11900" w:h="16840"/>
          <w:pgMar w:top="298" w:right="1440" w:bottom="1440" w:left="1440" w:header="720" w:footer="720" w:gutter="0"/>
          <w:cols w:space="720" w:equalWidth="0">
            <w:col w:w="9020"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30" w:lineRule="auto"/>
        <w:rPr>
          <w:lang w:val="ru-RU"/>
        </w:rPr>
      </w:pPr>
      <w:r w:rsidRPr="00186BEE">
        <w:rPr>
          <w:rFonts w:ascii="Times New Roman" w:eastAsia="Times New Roman" w:hAnsi="Times New Roman"/>
          <w:b/>
          <w:color w:val="000000"/>
          <w:sz w:val="24"/>
          <w:lang w:val="ru-RU"/>
        </w:rPr>
        <w:t>ПОЯСНИТЕЛЬНАЯ ЗАПИСКА</w:t>
      </w:r>
    </w:p>
    <w:p w:rsidR="00227D1F" w:rsidRPr="00186BEE" w:rsidRDefault="00186BEE">
      <w:pPr>
        <w:autoSpaceDE w:val="0"/>
        <w:autoSpaceDN w:val="0"/>
        <w:spacing w:before="346" w:after="0" w:line="230" w:lineRule="auto"/>
        <w:rPr>
          <w:lang w:val="ru-RU"/>
        </w:rPr>
      </w:pPr>
      <w:r w:rsidRPr="00186BEE">
        <w:rPr>
          <w:rFonts w:ascii="Times New Roman" w:eastAsia="Times New Roman" w:hAnsi="Times New Roman"/>
          <w:b/>
          <w:color w:val="000000"/>
          <w:sz w:val="24"/>
          <w:lang w:val="ru-RU"/>
        </w:rPr>
        <w:t xml:space="preserve">ОБЩАЯ ХАРАКТЕРИСТИКА УЧЕБНОГО ПРЕДМЕТА "МАТЕМАТИКА" </w:t>
      </w:r>
    </w:p>
    <w:p w:rsidR="00227D1F" w:rsidRPr="00186BEE" w:rsidRDefault="00186BEE">
      <w:pPr>
        <w:autoSpaceDE w:val="0"/>
        <w:autoSpaceDN w:val="0"/>
        <w:spacing w:before="166" w:after="0" w:line="288" w:lineRule="auto"/>
        <w:ind w:firstLine="180"/>
        <w:rPr>
          <w:lang w:val="ru-RU"/>
        </w:rPr>
      </w:pPr>
      <w:r w:rsidRPr="00186BEE">
        <w:rPr>
          <w:rFonts w:ascii="Times New Roman" w:eastAsia="Times New Roman" w:hAnsi="Times New Roman"/>
          <w:color w:val="000000"/>
          <w:sz w:val="24"/>
          <w:lang w:val="ru-RU"/>
        </w:rPr>
        <w:t xml:space="preserve">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w:t>
      </w:r>
      <w:r w:rsidRPr="00186BEE">
        <w:rPr>
          <w:lang w:val="ru-RU"/>
        </w:rPr>
        <w:br/>
      </w:r>
      <w:r w:rsidRPr="00186BEE">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186BEE">
        <w:rPr>
          <w:lang w:val="ru-RU"/>
        </w:rPr>
        <w:br/>
      </w:r>
      <w:r w:rsidRPr="00186BEE">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186BEE">
        <w:rPr>
          <w:lang w:val="ru-RU"/>
        </w:rPr>
        <w:br/>
      </w:r>
      <w:r w:rsidRPr="00186BEE">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186BEE">
        <w:rPr>
          <w:lang w:val="ru-RU"/>
        </w:rPr>
        <w:br/>
      </w:r>
      <w:r w:rsidRPr="00186BEE">
        <w:rPr>
          <w:rFonts w:ascii="Times New Roman" w:eastAsia="Times New Roman" w:hAnsi="Times New Roman"/>
          <w:color w:val="000000"/>
          <w:sz w:val="24"/>
          <w:lang w:val="ru-RU"/>
        </w:rPr>
        <w:t>общеобразовательной подготовки, в том числе и математической.</w:t>
      </w:r>
    </w:p>
    <w:p w:rsidR="00227D1F" w:rsidRPr="00186BEE" w:rsidRDefault="00186BEE">
      <w:pPr>
        <w:autoSpaceDE w:val="0"/>
        <w:autoSpaceDN w:val="0"/>
        <w:spacing w:before="70" w:after="0"/>
        <w:ind w:right="144" w:firstLine="180"/>
        <w:rPr>
          <w:lang w:val="ru-RU"/>
        </w:rPr>
      </w:pPr>
      <w:r w:rsidRPr="00186BEE">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227D1F" w:rsidRPr="00186BEE" w:rsidRDefault="00186BEE">
      <w:pPr>
        <w:autoSpaceDE w:val="0"/>
        <w:autoSpaceDN w:val="0"/>
        <w:spacing w:before="70" w:after="0" w:line="286" w:lineRule="auto"/>
        <w:ind w:firstLine="180"/>
        <w:rPr>
          <w:lang w:val="ru-RU"/>
        </w:rPr>
      </w:pPr>
      <w:r w:rsidRPr="00186BEE">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186BEE">
        <w:rPr>
          <w:lang w:val="ru-RU"/>
        </w:rPr>
        <w:br/>
      </w:r>
      <w:r w:rsidRPr="00186BEE">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186BEE">
        <w:rPr>
          <w:lang w:val="ru-RU"/>
        </w:rPr>
        <w:br/>
      </w:r>
      <w:r w:rsidRPr="00186BEE">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186BEE">
        <w:rPr>
          <w:lang w:val="ru-RU"/>
        </w:rPr>
        <w:br/>
      </w:r>
      <w:r w:rsidRPr="00186BEE">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227D1F" w:rsidRPr="00186BEE" w:rsidRDefault="00186BEE">
      <w:pPr>
        <w:autoSpaceDE w:val="0"/>
        <w:autoSpaceDN w:val="0"/>
        <w:spacing w:before="70" w:after="0" w:line="288" w:lineRule="auto"/>
        <w:ind w:firstLine="180"/>
        <w:rPr>
          <w:lang w:val="ru-RU"/>
        </w:rPr>
      </w:pPr>
      <w:r w:rsidRPr="00186BEE">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227D1F" w:rsidRPr="00186BEE" w:rsidRDefault="00186BEE">
      <w:pPr>
        <w:autoSpaceDE w:val="0"/>
        <w:autoSpaceDN w:val="0"/>
        <w:spacing w:before="70" w:after="0" w:line="271" w:lineRule="auto"/>
        <w:ind w:firstLine="180"/>
        <w:rPr>
          <w:lang w:val="ru-RU"/>
        </w:rPr>
      </w:pPr>
      <w:r w:rsidRPr="00186BEE">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227D1F" w:rsidRPr="00186BEE" w:rsidRDefault="00227D1F">
      <w:pPr>
        <w:rPr>
          <w:lang w:val="ru-RU"/>
        </w:rPr>
        <w:sectPr w:rsidR="00227D1F" w:rsidRPr="00186BEE">
          <w:pgSz w:w="11900" w:h="16840"/>
          <w:pgMar w:top="298" w:right="650" w:bottom="410" w:left="666" w:header="720" w:footer="720" w:gutter="0"/>
          <w:cols w:space="720" w:equalWidth="0">
            <w:col w:w="10584" w:space="0"/>
          </w:cols>
          <w:docGrid w:linePitch="360"/>
        </w:sectPr>
      </w:pPr>
    </w:p>
    <w:p w:rsidR="00227D1F" w:rsidRPr="00186BEE" w:rsidRDefault="00227D1F">
      <w:pPr>
        <w:autoSpaceDE w:val="0"/>
        <w:autoSpaceDN w:val="0"/>
        <w:spacing w:after="66" w:line="220" w:lineRule="exact"/>
        <w:rPr>
          <w:lang w:val="ru-RU"/>
        </w:rPr>
      </w:pPr>
    </w:p>
    <w:p w:rsidR="00227D1F" w:rsidRPr="00186BEE" w:rsidRDefault="00186BEE">
      <w:pPr>
        <w:autoSpaceDE w:val="0"/>
        <w:autoSpaceDN w:val="0"/>
        <w:spacing w:after="0"/>
        <w:rPr>
          <w:lang w:val="ru-RU"/>
        </w:rPr>
      </w:pPr>
      <w:r w:rsidRPr="00186BEE">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227D1F" w:rsidRPr="00186BEE" w:rsidRDefault="00186BEE">
      <w:pPr>
        <w:autoSpaceDE w:val="0"/>
        <w:autoSpaceDN w:val="0"/>
        <w:spacing w:before="70" w:after="0" w:line="271" w:lineRule="auto"/>
        <w:ind w:right="432" w:firstLine="180"/>
        <w:rPr>
          <w:lang w:val="ru-RU"/>
        </w:rPr>
      </w:pPr>
      <w:r w:rsidRPr="00186BEE">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ЦЕЛИ ИЗУЧЕНИЯ УЧЕБНОГО КУРСА</w:t>
      </w:r>
    </w:p>
    <w:p w:rsidR="00227D1F" w:rsidRPr="00186BEE" w:rsidRDefault="00186BEE">
      <w:pPr>
        <w:autoSpaceDE w:val="0"/>
        <w:autoSpaceDN w:val="0"/>
        <w:spacing w:before="166" w:after="0" w:line="230" w:lineRule="auto"/>
        <w:ind w:left="180"/>
        <w:rPr>
          <w:lang w:val="ru-RU"/>
        </w:rPr>
      </w:pPr>
      <w:r w:rsidRPr="00186BEE">
        <w:rPr>
          <w:rFonts w:ascii="Times New Roman" w:eastAsia="Times New Roman" w:hAnsi="Times New Roman"/>
          <w:color w:val="000000"/>
          <w:sz w:val="24"/>
          <w:lang w:val="ru-RU"/>
        </w:rPr>
        <w:t>Приоритетными целями обучения математике в 5 классе являются:</w:t>
      </w:r>
    </w:p>
    <w:p w:rsidR="00227D1F" w:rsidRPr="00186BEE" w:rsidRDefault="00186BEE">
      <w:pPr>
        <w:autoSpaceDE w:val="0"/>
        <w:autoSpaceDN w:val="0"/>
        <w:spacing w:before="180" w:after="0" w:line="271" w:lineRule="auto"/>
        <w:ind w:left="420" w:right="144"/>
        <w:rPr>
          <w:lang w:val="ru-RU"/>
        </w:rPr>
      </w:pPr>
      <w:r w:rsidRPr="00186BEE">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186BEE">
        <w:rPr>
          <w:lang w:val="ru-RU"/>
        </w:rPr>
        <w:br/>
      </w:r>
      <w:r w:rsidRPr="00186BEE">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227D1F" w:rsidRPr="00186BEE" w:rsidRDefault="00186BEE">
      <w:pPr>
        <w:autoSpaceDE w:val="0"/>
        <w:autoSpaceDN w:val="0"/>
        <w:spacing w:before="190" w:after="0" w:line="262" w:lineRule="auto"/>
        <w:ind w:left="420" w:right="720"/>
        <w:rPr>
          <w:lang w:val="ru-RU"/>
        </w:rPr>
      </w:pPr>
      <w:r w:rsidRPr="00186BEE">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227D1F" w:rsidRPr="00186BEE" w:rsidRDefault="00186BEE">
      <w:pPr>
        <w:autoSpaceDE w:val="0"/>
        <w:autoSpaceDN w:val="0"/>
        <w:spacing w:before="190" w:after="0" w:line="262" w:lineRule="auto"/>
        <w:ind w:left="420"/>
        <w:rPr>
          <w:lang w:val="ru-RU"/>
        </w:rPr>
      </w:pPr>
      <w:r w:rsidRPr="00186BEE">
        <w:rPr>
          <w:rFonts w:ascii="Times New Roman" w:eastAsia="Times New Roman" w:hAnsi="Times New Roman"/>
          <w:color w:val="000000"/>
          <w:sz w:val="24"/>
          <w:lang w:val="ru-RU"/>
        </w:rPr>
        <w:t xml:space="preserve">—  подведение обучающихся на доступном для них уровне к осознанию взаимосвязи математики и окружающего мира; </w:t>
      </w:r>
    </w:p>
    <w:p w:rsidR="00227D1F" w:rsidRPr="00186BEE" w:rsidRDefault="00186BEE">
      <w:pPr>
        <w:autoSpaceDE w:val="0"/>
        <w:autoSpaceDN w:val="0"/>
        <w:spacing w:before="190" w:after="0"/>
        <w:ind w:left="420" w:right="432"/>
        <w:rPr>
          <w:lang w:val="ru-RU"/>
        </w:rPr>
      </w:pPr>
      <w:r w:rsidRPr="00186BEE">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227D1F" w:rsidRPr="00186BEE" w:rsidRDefault="00186BEE">
      <w:pPr>
        <w:autoSpaceDE w:val="0"/>
        <w:autoSpaceDN w:val="0"/>
        <w:spacing w:before="178" w:after="0"/>
        <w:ind w:right="432" w:firstLine="180"/>
        <w:rPr>
          <w:lang w:val="ru-RU"/>
        </w:rPr>
      </w:pPr>
      <w:r w:rsidRPr="00186BEE">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227D1F" w:rsidRPr="00186BEE" w:rsidRDefault="00186BEE">
      <w:pPr>
        <w:autoSpaceDE w:val="0"/>
        <w:autoSpaceDN w:val="0"/>
        <w:spacing w:before="70" w:after="0" w:line="281" w:lineRule="auto"/>
        <w:ind w:right="144" w:firstLine="180"/>
        <w:rPr>
          <w:lang w:val="ru-RU"/>
        </w:rPr>
      </w:pPr>
      <w:r w:rsidRPr="00186BEE">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186BEE">
        <w:rPr>
          <w:lang w:val="ru-RU"/>
        </w:rPr>
        <w:br/>
      </w:r>
      <w:r w:rsidRPr="00186BEE">
        <w:rPr>
          <w:rFonts w:ascii="Times New Roman" w:eastAsia="Times New Roman" w:hAnsi="Times New Roman"/>
          <w:color w:val="000000"/>
          <w:sz w:val="24"/>
          <w:lang w:val="ru-RU"/>
        </w:rPr>
        <w:t xml:space="preserve">вычислений. </w:t>
      </w:r>
    </w:p>
    <w:p w:rsidR="00227D1F" w:rsidRPr="00186BEE" w:rsidRDefault="00186BEE">
      <w:pPr>
        <w:autoSpaceDE w:val="0"/>
        <w:autoSpaceDN w:val="0"/>
        <w:spacing w:before="72" w:after="0" w:line="286" w:lineRule="auto"/>
        <w:ind w:firstLine="180"/>
        <w:rPr>
          <w:lang w:val="ru-RU"/>
        </w:rPr>
      </w:pPr>
      <w:r w:rsidRPr="00186BEE">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186BEE">
        <w:rPr>
          <w:lang w:val="ru-RU"/>
        </w:rPr>
        <w:br/>
      </w:r>
      <w:r w:rsidRPr="00186BEE">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186BEE">
        <w:rPr>
          <w:lang w:val="ru-RU"/>
        </w:rPr>
        <w:br/>
      </w:r>
      <w:r w:rsidRPr="00186BEE">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186BEE">
        <w:rPr>
          <w:lang w:val="ru-RU"/>
        </w:rPr>
        <w:br/>
      </w:r>
      <w:r w:rsidRPr="00186BEE">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227D1F" w:rsidRPr="00186BEE" w:rsidRDefault="00186BEE">
      <w:pPr>
        <w:autoSpaceDE w:val="0"/>
        <w:autoSpaceDN w:val="0"/>
        <w:spacing w:before="70" w:after="0" w:line="281" w:lineRule="auto"/>
        <w:rPr>
          <w:lang w:val="ru-RU"/>
        </w:rPr>
      </w:pPr>
      <w:r w:rsidRPr="00186BEE">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227D1F" w:rsidRPr="00186BEE" w:rsidRDefault="00227D1F">
      <w:pPr>
        <w:rPr>
          <w:lang w:val="ru-RU"/>
        </w:rPr>
        <w:sectPr w:rsidR="00227D1F" w:rsidRPr="00186BEE">
          <w:pgSz w:w="11900" w:h="16840"/>
          <w:pgMar w:top="286" w:right="666" w:bottom="342" w:left="666" w:header="720" w:footer="720" w:gutter="0"/>
          <w:cols w:space="720" w:equalWidth="0">
            <w:col w:w="10568"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81" w:lineRule="auto"/>
        <w:ind w:firstLine="180"/>
        <w:rPr>
          <w:lang w:val="ru-RU"/>
        </w:rPr>
      </w:pPr>
      <w:r w:rsidRPr="00186BEE">
        <w:rPr>
          <w:rFonts w:ascii="Times New Roman" w:eastAsia="Times New Roman" w:hAnsi="Times New Roman"/>
          <w:color w:val="000000"/>
          <w:sz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227D1F" w:rsidRPr="00186BEE" w:rsidRDefault="00186BEE">
      <w:pPr>
        <w:autoSpaceDE w:val="0"/>
        <w:autoSpaceDN w:val="0"/>
        <w:spacing w:before="70" w:after="0" w:line="286" w:lineRule="auto"/>
        <w:ind w:firstLine="180"/>
        <w:rPr>
          <w:lang w:val="ru-RU"/>
        </w:rPr>
      </w:pPr>
      <w:r w:rsidRPr="00186BEE">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186BEE">
        <w:rPr>
          <w:lang w:val="ru-RU"/>
        </w:rPr>
        <w:br/>
      </w:r>
      <w:r w:rsidRPr="00186BEE">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МЕСТО УЧЕБНОГО КУРСА В УЧЕБНОМ ПЛАНЕ</w:t>
      </w:r>
    </w:p>
    <w:p w:rsidR="00227D1F" w:rsidRPr="00186BEE" w:rsidRDefault="00186BEE">
      <w:pPr>
        <w:autoSpaceDE w:val="0"/>
        <w:autoSpaceDN w:val="0"/>
        <w:spacing w:before="166" w:after="0"/>
        <w:ind w:firstLine="180"/>
        <w:rPr>
          <w:lang w:val="ru-RU"/>
        </w:rPr>
      </w:pPr>
      <w:r w:rsidRPr="00186BEE">
        <w:rPr>
          <w:rFonts w:ascii="Times New Roman" w:eastAsia="Times New Roman" w:hAnsi="Times New Roman"/>
          <w:color w:val="000000"/>
          <w:sz w:val="24"/>
          <w:lang w:val="ru-RU"/>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всего  170 учебных часов.</w:t>
      </w:r>
    </w:p>
    <w:p w:rsidR="00227D1F" w:rsidRPr="00186BEE" w:rsidRDefault="00227D1F">
      <w:pPr>
        <w:rPr>
          <w:lang w:val="ru-RU"/>
        </w:rPr>
        <w:sectPr w:rsidR="00227D1F" w:rsidRPr="00186BEE">
          <w:pgSz w:w="11900" w:h="16840"/>
          <w:pgMar w:top="298" w:right="796" w:bottom="1440" w:left="666" w:header="720" w:footer="720" w:gutter="0"/>
          <w:cols w:space="720" w:equalWidth="0">
            <w:col w:w="10438" w:space="0"/>
          </w:cols>
          <w:docGrid w:linePitch="360"/>
        </w:sectPr>
      </w:pPr>
    </w:p>
    <w:p w:rsidR="00227D1F" w:rsidRPr="00186BEE" w:rsidRDefault="00227D1F">
      <w:pPr>
        <w:autoSpaceDE w:val="0"/>
        <w:autoSpaceDN w:val="0"/>
        <w:spacing w:after="216" w:line="220" w:lineRule="exact"/>
        <w:rPr>
          <w:lang w:val="ru-RU"/>
        </w:rPr>
      </w:pPr>
    </w:p>
    <w:p w:rsidR="00227D1F" w:rsidRPr="00186BEE" w:rsidRDefault="00186BEE">
      <w:pPr>
        <w:autoSpaceDE w:val="0"/>
        <w:autoSpaceDN w:val="0"/>
        <w:spacing w:after="0" w:line="230" w:lineRule="auto"/>
        <w:rPr>
          <w:lang w:val="ru-RU"/>
        </w:rPr>
      </w:pPr>
      <w:r w:rsidRPr="00186BEE">
        <w:rPr>
          <w:rFonts w:ascii="Times New Roman" w:eastAsia="Times New Roman" w:hAnsi="Times New Roman"/>
          <w:b/>
          <w:color w:val="000000"/>
          <w:sz w:val="24"/>
          <w:lang w:val="ru-RU"/>
        </w:rPr>
        <w:t>СОДЕРЖАНИЕ УЧЕБНОГО КУРСА "МАТЕМАТИКА"</w:t>
      </w:r>
    </w:p>
    <w:p w:rsidR="00227D1F" w:rsidRPr="00186BEE" w:rsidRDefault="00186BEE">
      <w:pPr>
        <w:autoSpaceDE w:val="0"/>
        <w:autoSpaceDN w:val="0"/>
        <w:spacing w:before="346" w:after="0" w:line="230" w:lineRule="auto"/>
        <w:rPr>
          <w:lang w:val="ru-RU"/>
        </w:rPr>
      </w:pPr>
      <w:r w:rsidRPr="00186BEE">
        <w:rPr>
          <w:rFonts w:ascii="Times New Roman" w:eastAsia="Times New Roman" w:hAnsi="Times New Roman"/>
          <w:b/>
          <w:color w:val="000000"/>
          <w:sz w:val="24"/>
          <w:lang w:val="ru-RU"/>
        </w:rPr>
        <w:t>Натуральные числа и нуль</w:t>
      </w:r>
    </w:p>
    <w:p w:rsidR="00227D1F" w:rsidRPr="00186BEE" w:rsidRDefault="00186BEE">
      <w:pPr>
        <w:autoSpaceDE w:val="0"/>
        <w:autoSpaceDN w:val="0"/>
        <w:spacing w:before="166" w:after="0" w:line="281" w:lineRule="auto"/>
        <w:ind w:firstLine="180"/>
        <w:rPr>
          <w:lang w:val="ru-RU"/>
        </w:rPr>
      </w:pPr>
      <w:r w:rsidRPr="00186BEE">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227D1F" w:rsidRPr="00186BEE" w:rsidRDefault="00186BEE">
      <w:pPr>
        <w:autoSpaceDE w:val="0"/>
        <w:autoSpaceDN w:val="0"/>
        <w:spacing w:before="70" w:after="0" w:line="283" w:lineRule="auto"/>
        <w:ind w:right="144"/>
        <w:rPr>
          <w:lang w:val="ru-RU"/>
        </w:rPr>
      </w:pPr>
      <w:r w:rsidRPr="00186BEE">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186BEE">
        <w:rPr>
          <w:lang w:val="ru-RU"/>
        </w:rPr>
        <w:br/>
      </w:r>
      <w:r w:rsidRPr="00186BEE">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227D1F" w:rsidRPr="00186BEE" w:rsidRDefault="00186BEE">
      <w:pPr>
        <w:autoSpaceDE w:val="0"/>
        <w:autoSpaceDN w:val="0"/>
        <w:spacing w:before="70" w:after="0" w:line="230" w:lineRule="auto"/>
        <w:rPr>
          <w:lang w:val="ru-RU"/>
        </w:rPr>
      </w:pPr>
      <w:r w:rsidRPr="00186BEE">
        <w:rPr>
          <w:rFonts w:ascii="Times New Roman" w:eastAsia="Times New Roman" w:hAnsi="Times New Roman"/>
          <w:color w:val="000000"/>
          <w:sz w:val="24"/>
          <w:lang w:val="ru-RU"/>
        </w:rPr>
        <w:t>Числовое выражение. Вычисление значений числовых выражений; порядок выполнения действий.</w:t>
      </w:r>
    </w:p>
    <w:p w:rsidR="00227D1F" w:rsidRPr="00186BEE" w:rsidRDefault="00186BEE">
      <w:pPr>
        <w:autoSpaceDE w:val="0"/>
        <w:autoSpaceDN w:val="0"/>
        <w:spacing w:before="70" w:after="0" w:line="262" w:lineRule="auto"/>
        <w:ind w:right="144"/>
        <w:rPr>
          <w:lang w:val="ru-RU"/>
        </w:rPr>
      </w:pPr>
      <w:r w:rsidRPr="00186BEE">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Дроби</w:t>
      </w:r>
    </w:p>
    <w:p w:rsidR="00227D1F" w:rsidRPr="00186BEE" w:rsidRDefault="00186BEE">
      <w:pPr>
        <w:autoSpaceDE w:val="0"/>
        <w:autoSpaceDN w:val="0"/>
        <w:spacing w:before="166" w:after="0" w:line="286" w:lineRule="auto"/>
        <w:ind w:firstLine="180"/>
        <w:rPr>
          <w:lang w:val="ru-RU"/>
        </w:rPr>
      </w:pPr>
      <w:r w:rsidRPr="00186BEE">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Решение текстовых задач</w:t>
      </w:r>
    </w:p>
    <w:p w:rsidR="00227D1F" w:rsidRPr="00186BEE" w:rsidRDefault="00186BEE">
      <w:pPr>
        <w:autoSpaceDE w:val="0"/>
        <w:autoSpaceDN w:val="0"/>
        <w:spacing w:before="168" w:after="0"/>
        <w:ind w:right="432" w:firstLine="180"/>
        <w:rPr>
          <w:lang w:val="ru-RU"/>
        </w:rPr>
      </w:pPr>
      <w:r w:rsidRPr="00186BEE">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227D1F" w:rsidRPr="00186BEE" w:rsidRDefault="00186BEE">
      <w:pPr>
        <w:autoSpaceDE w:val="0"/>
        <w:autoSpaceDN w:val="0"/>
        <w:spacing w:before="70" w:after="0" w:line="262" w:lineRule="auto"/>
        <w:ind w:right="1296"/>
        <w:rPr>
          <w:lang w:val="ru-RU"/>
        </w:rPr>
      </w:pPr>
      <w:r w:rsidRPr="00186BEE">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Наглядная геометрия</w:t>
      </w:r>
    </w:p>
    <w:p w:rsidR="00227D1F" w:rsidRPr="00186BEE" w:rsidRDefault="00186BEE">
      <w:pPr>
        <w:autoSpaceDE w:val="0"/>
        <w:autoSpaceDN w:val="0"/>
        <w:spacing w:before="166" w:after="0" w:line="283" w:lineRule="auto"/>
        <w:ind w:right="144" w:firstLine="180"/>
        <w:rPr>
          <w:lang w:val="ru-RU"/>
        </w:rPr>
      </w:pPr>
      <w:r w:rsidRPr="00186BEE">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227D1F" w:rsidRPr="00186BEE" w:rsidRDefault="00227D1F">
      <w:pPr>
        <w:rPr>
          <w:lang w:val="ru-RU"/>
        </w:rPr>
        <w:sectPr w:rsidR="00227D1F" w:rsidRPr="00186BEE">
          <w:pgSz w:w="11900" w:h="16840"/>
          <w:pgMar w:top="436" w:right="622" w:bottom="342" w:left="666" w:header="720" w:footer="720" w:gutter="0"/>
          <w:cols w:space="720" w:equalWidth="0">
            <w:col w:w="10612" w:space="0"/>
          </w:cols>
          <w:docGrid w:linePitch="360"/>
        </w:sectPr>
      </w:pPr>
    </w:p>
    <w:p w:rsidR="00227D1F" w:rsidRPr="00186BEE" w:rsidRDefault="00227D1F">
      <w:pPr>
        <w:autoSpaceDE w:val="0"/>
        <w:autoSpaceDN w:val="0"/>
        <w:spacing w:after="66" w:line="220" w:lineRule="exact"/>
        <w:rPr>
          <w:lang w:val="ru-RU"/>
        </w:rPr>
      </w:pPr>
    </w:p>
    <w:p w:rsidR="00227D1F" w:rsidRPr="00186BEE" w:rsidRDefault="00186BEE">
      <w:pPr>
        <w:autoSpaceDE w:val="0"/>
        <w:autoSpaceDN w:val="0"/>
        <w:spacing w:after="0" w:line="281" w:lineRule="auto"/>
        <w:rPr>
          <w:lang w:val="ru-RU"/>
        </w:rPr>
      </w:pPr>
      <w:r w:rsidRPr="00186BEE">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227D1F" w:rsidRPr="00186BEE" w:rsidRDefault="00227D1F">
      <w:pPr>
        <w:rPr>
          <w:lang w:val="ru-RU"/>
        </w:rPr>
        <w:sectPr w:rsidR="00227D1F" w:rsidRPr="00186BEE">
          <w:pgSz w:w="11900" w:h="16840"/>
          <w:pgMar w:top="286" w:right="814" w:bottom="1440" w:left="666" w:header="720" w:footer="720" w:gutter="0"/>
          <w:cols w:space="720" w:equalWidth="0">
            <w:col w:w="10420"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30" w:lineRule="auto"/>
        <w:rPr>
          <w:lang w:val="ru-RU"/>
        </w:rPr>
      </w:pPr>
      <w:r w:rsidRPr="00186BEE">
        <w:rPr>
          <w:rFonts w:ascii="Times New Roman" w:eastAsia="Times New Roman" w:hAnsi="Times New Roman"/>
          <w:b/>
          <w:color w:val="000000"/>
          <w:sz w:val="24"/>
          <w:lang w:val="ru-RU"/>
        </w:rPr>
        <w:t xml:space="preserve">ПЛАНИРУЕМЫЕ ОБРАЗОВАТЕЛЬНЫЕ РЕЗУЛЬТАТЫ </w:t>
      </w:r>
    </w:p>
    <w:p w:rsidR="00227D1F" w:rsidRPr="00186BEE" w:rsidRDefault="00186BEE">
      <w:pPr>
        <w:autoSpaceDE w:val="0"/>
        <w:autoSpaceDN w:val="0"/>
        <w:spacing w:before="346" w:after="0" w:line="230" w:lineRule="auto"/>
        <w:rPr>
          <w:lang w:val="ru-RU"/>
        </w:rPr>
      </w:pPr>
      <w:r w:rsidRPr="00186BEE">
        <w:rPr>
          <w:rFonts w:ascii="Times New Roman" w:eastAsia="Times New Roman" w:hAnsi="Times New Roman"/>
          <w:b/>
          <w:color w:val="000000"/>
          <w:sz w:val="24"/>
          <w:lang w:val="ru-RU"/>
        </w:rPr>
        <w:t>ЛИЧНОСТНЫЕ РЕЗУЛЬТАТЫ</w:t>
      </w:r>
    </w:p>
    <w:p w:rsidR="00227D1F" w:rsidRPr="00186BEE" w:rsidRDefault="00186BEE">
      <w:pPr>
        <w:tabs>
          <w:tab w:val="left" w:pos="180"/>
        </w:tabs>
        <w:autoSpaceDE w:val="0"/>
        <w:autoSpaceDN w:val="0"/>
        <w:spacing w:before="166" w:after="0" w:line="281" w:lineRule="auto"/>
        <w:rPr>
          <w:lang w:val="ru-RU"/>
        </w:rPr>
      </w:pPr>
      <w:r w:rsidRPr="00186BEE">
        <w:rPr>
          <w:lang w:val="ru-RU"/>
        </w:rPr>
        <w:tab/>
      </w:r>
      <w:r w:rsidRPr="00186BEE">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186BEE">
        <w:rPr>
          <w:lang w:val="ru-RU"/>
        </w:rPr>
        <w:tab/>
      </w:r>
      <w:r w:rsidRPr="00186BEE">
        <w:rPr>
          <w:rFonts w:ascii="Times New Roman" w:eastAsia="Times New Roman" w:hAnsi="Times New Roman"/>
          <w:b/>
          <w:color w:val="000000"/>
          <w:sz w:val="24"/>
          <w:lang w:val="ru-RU"/>
        </w:rPr>
        <w:t xml:space="preserve">Патриотическое воспитание: </w:t>
      </w:r>
      <w:r w:rsidRPr="00186BEE">
        <w:rPr>
          <w:lang w:val="ru-RU"/>
        </w:rPr>
        <w:br/>
      </w:r>
      <w:r w:rsidRPr="00186BEE">
        <w:rPr>
          <w:lang w:val="ru-RU"/>
        </w:rPr>
        <w:tab/>
      </w:r>
      <w:r w:rsidRPr="00186BEE">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27D1F" w:rsidRPr="00186BEE" w:rsidRDefault="00186BEE">
      <w:pPr>
        <w:tabs>
          <w:tab w:val="left" w:pos="180"/>
        </w:tabs>
        <w:autoSpaceDE w:val="0"/>
        <w:autoSpaceDN w:val="0"/>
        <w:spacing w:before="70" w:after="0" w:line="283" w:lineRule="auto"/>
        <w:ind w:right="288"/>
        <w:rPr>
          <w:lang w:val="ru-RU"/>
        </w:rPr>
      </w:pPr>
      <w:r w:rsidRPr="00186BEE">
        <w:rPr>
          <w:lang w:val="ru-RU"/>
        </w:rPr>
        <w:tab/>
      </w:r>
      <w:r w:rsidRPr="00186BEE">
        <w:rPr>
          <w:rFonts w:ascii="Times New Roman" w:eastAsia="Times New Roman" w:hAnsi="Times New Roman"/>
          <w:b/>
          <w:color w:val="000000"/>
          <w:sz w:val="24"/>
          <w:lang w:val="ru-RU"/>
        </w:rPr>
        <w:t xml:space="preserve">Гражданское и духовно-нравственное воспитание: </w:t>
      </w:r>
      <w:r w:rsidRPr="00186BEE">
        <w:rPr>
          <w:lang w:val="ru-RU"/>
        </w:rPr>
        <w:br/>
      </w:r>
      <w:r w:rsidRPr="00186BEE">
        <w:rPr>
          <w:lang w:val="ru-RU"/>
        </w:rPr>
        <w:tab/>
      </w:r>
      <w:r w:rsidRPr="00186BEE">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186BEE">
        <w:rPr>
          <w:lang w:val="ru-RU"/>
        </w:rPr>
        <w:br/>
      </w:r>
      <w:r w:rsidRPr="00186BEE">
        <w:rPr>
          <w:lang w:val="ru-RU"/>
        </w:rPr>
        <w:tab/>
      </w:r>
      <w:r w:rsidRPr="00186BEE">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27D1F" w:rsidRPr="00186BEE" w:rsidRDefault="00186BEE">
      <w:pPr>
        <w:tabs>
          <w:tab w:val="left" w:pos="180"/>
        </w:tabs>
        <w:autoSpaceDE w:val="0"/>
        <w:autoSpaceDN w:val="0"/>
        <w:spacing w:before="70" w:after="0" w:line="281" w:lineRule="auto"/>
        <w:ind w:right="288"/>
        <w:rPr>
          <w:lang w:val="ru-RU"/>
        </w:rPr>
      </w:pPr>
      <w:r w:rsidRPr="00186BEE">
        <w:rPr>
          <w:lang w:val="ru-RU"/>
        </w:rPr>
        <w:tab/>
      </w:r>
      <w:r w:rsidRPr="00186BEE">
        <w:rPr>
          <w:rFonts w:ascii="Times New Roman" w:eastAsia="Times New Roman" w:hAnsi="Times New Roman"/>
          <w:b/>
          <w:color w:val="000000"/>
          <w:sz w:val="24"/>
          <w:lang w:val="ru-RU"/>
        </w:rPr>
        <w:t xml:space="preserve">Трудовое воспитание: </w:t>
      </w:r>
      <w:r w:rsidRPr="00186BEE">
        <w:rPr>
          <w:lang w:val="ru-RU"/>
        </w:rPr>
        <w:br/>
      </w:r>
      <w:r w:rsidRPr="00186BEE">
        <w:rPr>
          <w:lang w:val="ru-RU"/>
        </w:rPr>
        <w:tab/>
      </w:r>
      <w:r w:rsidRPr="00186BEE">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27D1F" w:rsidRPr="00186BEE" w:rsidRDefault="00186BEE">
      <w:pPr>
        <w:tabs>
          <w:tab w:val="left" w:pos="180"/>
        </w:tabs>
        <w:autoSpaceDE w:val="0"/>
        <w:autoSpaceDN w:val="0"/>
        <w:spacing w:before="70" w:after="0" w:line="271" w:lineRule="auto"/>
        <w:ind w:right="432"/>
        <w:rPr>
          <w:lang w:val="ru-RU"/>
        </w:rPr>
      </w:pPr>
      <w:r w:rsidRPr="00186BEE">
        <w:rPr>
          <w:lang w:val="ru-RU"/>
        </w:rPr>
        <w:tab/>
      </w:r>
      <w:r w:rsidRPr="00186BEE">
        <w:rPr>
          <w:rFonts w:ascii="Times New Roman" w:eastAsia="Times New Roman" w:hAnsi="Times New Roman"/>
          <w:b/>
          <w:color w:val="000000"/>
          <w:sz w:val="24"/>
          <w:lang w:val="ru-RU"/>
        </w:rPr>
        <w:t>Эстетическое воспитание</w:t>
      </w:r>
      <w:r w:rsidRPr="00186BEE">
        <w:rPr>
          <w:rFonts w:ascii="Times New Roman" w:eastAsia="Times New Roman" w:hAnsi="Times New Roman"/>
          <w:color w:val="000000"/>
          <w:sz w:val="24"/>
          <w:lang w:val="ru-RU"/>
        </w:rPr>
        <w:t xml:space="preserve">: </w:t>
      </w:r>
      <w:r w:rsidRPr="00186BEE">
        <w:rPr>
          <w:lang w:val="ru-RU"/>
        </w:rPr>
        <w:br/>
      </w:r>
      <w:r w:rsidRPr="00186BEE">
        <w:rPr>
          <w:lang w:val="ru-RU"/>
        </w:rPr>
        <w:tab/>
      </w:r>
      <w:r w:rsidRPr="00186BEE">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27D1F" w:rsidRPr="00186BEE" w:rsidRDefault="00186BEE">
      <w:pPr>
        <w:tabs>
          <w:tab w:val="left" w:pos="180"/>
        </w:tabs>
        <w:autoSpaceDE w:val="0"/>
        <w:autoSpaceDN w:val="0"/>
        <w:spacing w:before="70" w:after="0" w:line="281" w:lineRule="auto"/>
        <w:ind w:right="432"/>
        <w:rPr>
          <w:lang w:val="ru-RU"/>
        </w:rPr>
      </w:pPr>
      <w:r w:rsidRPr="00186BEE">
        <w:rPr>
          <w:lang w:val="ru-RU"/>
        </w:rPr>
        <w:tab/>
      </w:r>
      <w:r w:rsidRPr="00186BEE">
        <w:rPr>
          <w:rFonts w:ascii="Times New Roman" w:eastAsia="Times New Roman" w:hAnsi="Times New Roman"/>
          <w:b/>
          <w:color w:val="000000"/>
          <w:sz w:val="24"/>
          <w:lang w:val="ru-RU"/>
        </w:rPr>
        <w:t xml:space="preserve">Ценности научного познания: </w:t>
      </w:r>
      <w:r w:rsidRPr="00186BEE">
        <w:rPr>
          <w:lang w:val="ru-RU"/>
        </w:rPr>
        <w:br/>
      </w:r>
      <w:r w:rsidRPr="00186BEE">
        <w:rPr>
          <w:lang w:val="ru-RU"/>
        </w:rPr>
        <w:tab/>
      </w:r>
      <w:r w:rsidRPr="00186BEE">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27D1F" w:rsidRPr="00186BEE" w:rsidRDefault="00186BEE">
      <w:pPr>
        <w:tabs>
          <w:tab w:val="left" w:pos="180"/>
        </w:tabs>
        <w:autoSpaceDE w:val="0"/>
        <w:autoSpaceDN w:val="0"/>
        <w:spacing w:before="70" w:after="0" w:line="281" w:lineRule="auto"/>
        <w:rPr>
          <w:lang w:val="ru-RU"/>
        </w:rPr>
      </w:pPr>
      <w:r w:rsidRPr="00186BEE">
        <w:rPr>
          <w:lang w:val="ru-RU"/>
        </w:rPr>
        <w:tab/>
      </w:r>
      <w:r w:rsidRPr="00186BEE">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186BEE">
        <w:rPr>
          <w:lang w:val="ru-RU"/>
        </w:rPr>
        <w:tab/>
      </w:r>
      <w:r w:rsidRPr="00186BEE">
        <w:rPr>
          <w:rFonts w:ascii="Times New Roman" w:eastAsia="Times New Roman" w:hAnsi="Times New Roman"/>
          <w:color w:val="000000"/>
          <w:sz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86BEE">
        <w:rPr>
          <w:rFonts w:ascii="Times New Roman" w:eastAsia="Times New Roman" w:hAnsi="Times New Roman"/>
          <w:color w:val="000000"/>
          <w:sz w:val="24"/>
          <w:lang w:val="ru-RU"/>
        </w:rPr>
        <w:t>сформированностью</w:t>
      </w:r>
      <w:proofErr w:type="spellEnd"/>
      <w:r w:rsidRPr="00186BEE">
        <w:rPr>
          <w:rFonts w:ascii="Times New Roman" w:eastAsia="Times New Roman" w:hAnsi="Times New Roman"/>
          <w:color w:val="000000"/>
          <w:sz w:val="24"/>
          <w:lang w:val="ru-RU"/>
        </w:rPr>
        <w:t xml:space="preserve"> навыка рефлексии, признанием своего права на ошибку и такого же права другого человека.</w:t>
      </w:r>
    </w:p>
    <w:p w:rsidR="00227D1F" w:rsidRPr="00186BEE" w:rsidRDefault="00186BEE">
      <w:pPr>
        <w:tabs>
          <w:tab w:val="left" w:pos="180"/>
        </w:tabs>
        <w:autoSpaceDE w:val="0"/>
        <w:autoSpaceDN w:val="0"/>
        <w:spacing w:before="70" w:after="0"/>
        <w:ind w:right="144"/>
        <w:rPr>
          <w:lang w:val="ru-RU"/>
        </w:rPr>
      </w:pPr>
      <w:r w:rsidRPr="00186BEE">
        <w:rPr>
          <w:lang w:val="ru-RU"/>
        </w:rPr>
        <w:tab/>
      </w:r>
      <w:r w:rsidRPr="00186BEE">
        <w:rPr>
          <w:rFonts w:ascii="Times New Roman" w:eastAsia="Times New Roman" w:hAnsi="Times New Roman"/>
          <w:b/>
          <w:color w:val="000000"/>
          <w:sz w:val="24"/>
          <w:lang w:val="ru-RU"/>
        </w:rPr>
        <w:t xml:space="preserve">Экологическое воспитание: </w:t>
      </w:r>
      <w:r w:rsidRPr="00186BEE">
        <w:rPr>
          <w:lang w:val="ru-RU"/>
        </w:rPr>
        <w:br/>
      </w:r>
      <w:r w:rsidRPr="00186BEE">
        <w:rPr>
          <w:lang w:val="ru-RU"/>
        </w:rPr>
        <w:tab/>
      </w:r>
      <w:r w:rsidRPr="00186BEE">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27D1F" w:rsidRPr="00186BEE" w:rsidRDefault="00186BEE">
      <w:pPr>
        <w:tabs>
          <w:tab w:val="left" w:pos="180"/>
        </w:tabs>
        <w:autoSpaceDE w:val="0"/>
        <w:autoSpaceDN w:val="0"/>
        <w:spacing w:before="70" w:after="0" w:line="286" w:lineRule="auto"/>
        <w:ind w:right="144"/>
        <w:rPr>
          <w:lang w:val="ru-RU"/>
        </w:rPr>
      </w:pPr>
      <w:r w:rsidRPr="00186BEE">
        <w:rPr>
          <w:lang w:val="ru-RU"/>
        </w:rPr>
        <w:tab/>
      </w:r>
      <w:r w:rsidRPr="00186BEE">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186BEE">
        <w:rPr>
          <w:lang w:val="ru-RU"/>
        </w:rPr>
        <w:br/>
      </w:r>
      <w:r w:rsidRPr="00186BEE">
        <w:rPr>
          <w:lang w:val="ru-RU"/>
        </w:rPr>
        <w:tab/>
      </w:r>
      <w:r w:rsidRPr="00186BEE">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186BEE">
        <w:rPr>
          <w:lang w:val="ru-RU"/>
        </w:rPr>
        <w:br/>
      </w:r>
      <w:r w:rsidRPr="00186BEE">
        <w:rPr>
          <w:lang w:val="ru-RU"/>
        </w:rPr>
        <w:tab/>
      </w:r>
      <w:r w:rsidRPr="00186BEE">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27D1F" w:rsidRPr="00186BEE" w:rsidRDefault="00227D1F">
      <w:pPr>
        <w:rPr>
          <w:lang w:val="ru-RU"/>
        </w:rPr>
        <w:sectPr w:rsidR="00227D1F" w:rsidRPr="00186BEE">
          <w:pgSz w:w="11900" w:h="16840"/>
          <w:pgMar w:top="298" w:right="650" w:bottom="410" w:left="666" w:header="720" w:footer="720" w:gutter="0"/>
          <w:cols w:space="720" w:equalWidth="0">
            <w:col w:w="10584"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71" w:lineRule="auto"/>
        <w:ind w:firstLine="180"/>
        <w:rPr>
          <w:lang w:val="ru-RU"/>
        </w:rPr>
      </w:pPr>
      <w:r w:rsidRPr="00186BEE">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МЕТАПРЕДМЕТНЫЕ РЕЗУЛЬТАТЫ</w:t>
      </w:r>
    </w:p>
    <w:p w:rsidR="00227D1F" w:rsidRPr="00186BEE" w:rsidRDefault="00186BEE">
      <w:pPr>
        <w:autoSpaceDE w:val="0"/>
        <w:autoSpaceDN w:val="0"/>
        <w:spacing w:before="166" w:after="0" w:line="271" w:lineRule="auto"/>
        <w:ind w:right="720" w:firstLine="180"/>
        <w:rPr>
          <w:lang w:val="ru-RU"/>
        </w:rPr>
      </w:pPr>
      <w:proofErr w:type="spellStart"/>
      <w:r w:rsidRPr="00186BEE">
        <w:rPr>
          <w:rFonts w:ascii="Times New Roman" w:eastAsia="Times New Roman" w:hAnsi="Times New Roman"/>
          <w:color w:val="000000"/>
          <w:sz w:val="24"/>
          <w:lang w:val="ru-RU"/>
        </w:rPr>
        <w:t>Метапредметные</w:t>
      </w:r>
      <w:proofErr w:type="spellEnd"/>
      <w:r w:rsidRPr="00186BEE">
        <w:rPr>
          <w:rFonts w:ascii="Times New Roman" w:eastAsia="Times New Roman" w:hAnsi="Times New Roman"/>
          <w:color w:val="000000"/>
          <w:sz w:val="24"/>
          <w:lang w:val="ru-RU"/>
        </w:rPr>
        <w:t xml:space="preserve"> результаты освоения программы учебного предмета «</w:t>
      </w:r>
      <w:proofErr w:type="spellStart"/>
      <w:proofErr w:type="gramStart"/>
      <w:r w:rsidRPr="00186BEE">
        <w:rPr>
          <w:rFonts w:ascii="Times New Roman" w:eastAsia="Times New Roman" w:hAnsi="Times New Roman"/>
          <w:color w:val="000000"/>
          <w:sz w:val="24"/>
          <w:lang w:val="ru-RU"/>
        </w:rPr>
        <w:t>Математика»характеризуются</w:t>
      </w:r>
      <w:proofErr w:type="spellEnd"/>
      <w:proofErr w:type="gramEnd"/>
      <w:r w:rsidRPr="00186BEE">
        <w:rPr>
          <w:rFonts w:ascii="Times New Roman" w:eastAsia="Times New Roman" w:hAnsi="Times New Roman"/>
          <w:color w:val="000000"/>
          <w:sz w:val="24"/>
          <w:lang w:val="ru-RU"/>
        </w:rPr>
        <w:t xml:space="preserve"> овладением </w:t>
      </w:r>
      <w:r w:rsidRPr="00186BEE">
        <w:rPr>
          <w:rFonts w:ascii="Times New Roman" w:eastAsia="Times New Roman" w:hAnsi="Times New Roman"/>
          <w:i/>
          <w:color w:val="000000"/>
          <w:sz w:val="24"/>
          <w:lang w:val="ru-RU"/>
        </w:rPr>
        <w:t xml:space="preserve">универсальными </w:t>
      </w:r>
      <w:r w:rsidRPr="00186BEE">
        <w:rPr>
          <w:rFonts w:ascii="Times New Roman" w:eastAsia="Times New Roman" w:hAnsi="Times New Roman"/>
          <w:b/>
          <w:i/>
          <w:color w:val="000000"/>
          <w:sz w:val="24"/>
          <w:lang w:val="ru-RU"/>
        </w:rPr>
        <w:t xml:space="preserve">познавательными </w:t>
      </w:r>
      <w:r w:rsidRPr="00186BEE">
        <w:rPr>
          <w:rFonts w:ascii="Times New Roman" w:eastAsia="Times New Roman" w:hAnsi="Times New Roman"/>
          <w:i/>
          <w:color w:val="000000"/>
          <w:sz w:val="24"/>
          <w:lang w:val="ru-RU"/>
        </w:rPr>
        <w:t xml:space="preserve">действиями, универсальными </w:t>
      </w:r>
      <w:r w:rsidRPr="00186BEE">
        <w:rPr>
          <w:rFonts w:ascii="Times New Roman" w:eastAsia="Times New Roman" w:hAnsi="Times New Roman"/>
          <w:b/>
          <w:i/>
          <w:color w:val="000000"/>
          <w:sz w:val="24"/>
          <w:lang w:val="ru-RU"/>
        </w:rPr>
        <w:t xml:space="preserve">коммуникативными </w:t>
      </w:r>
      <w:r w:rsidRPr="00186BEE">
        <w:rPr>
          <w:rFonts w:ascii="Times New Roman" w:eastAsia="Times New Roman" w:hAnsi="Times New Roman"/>
          <w:i/>
          <w:color w:val="000000"/>
          <w:sz w:val="24"/>
          <w:lang w:val="ru-RU"/>
        </w:rPr>
        <w:t xml:space="preserve">действиями и универсальными </w:t>
      </w:r>
      <w:r w:rsidRPr="00186BEE">
        <w:rPr>
          <w:rFonts w:ascii="Times New Roman" w:eastAsia="Times New Roman" w:hAnsi="Times New Roman"/>
          <w:b/>
          <w:i/>
          <w:color w:val="000000"/>
          <w:sz w:val="24"/>
          <w:lang w:val="ru-RU"/>
        </w:rPr>
        <w:t xml:space="preserve">регулятивными </w:t>
      </w:r>
      <w:r w:rsidRPr="00186BEE">
        <w:rPr>
          <w:rFonts w:ascii="Times New Roman" w:eastAsia="Times New Roman" w:hAnsi="Times New Roman"/>
          <w:i/>
          <w:color w:val="000000"/>
          <w:sz w:val="24"/>
          <w:lang w:val="ru-RU"/>
        </w:rPr>
        <w:t>действиями.</w:t>
      </w:r>
    </w:p>
    <w:p w:rsidR="00227D1F" w:rsidRPr="00186BEE" w:rsidRDefault="00186BEE">
      <w:pPr>
        <w:autoSpaceDE w:val="0"/>
        <w:autoSpaceDN w:val="0"/>
        <w:spacing w:before="190" w:after="0" w:line="271" w:lineRule="auto"/>
        <w:ind w:right="288" w:firstLine="180"/>
        <w:rPr>
          <w:lang w:val="ru-RU"/>
        </w:rPr>
      </w:pPr>
      <w:r w:rsidRPr="00186BEE">
        <w:rPr>
          <w:rFonts w:ascii="Times New Roman" w:eastAsia="Times New Roman" w:hAnsi="Times New Roman"/>
          <w:i/>
          <w:color w:val="000000"/>
          <w:sz w:val="24"/>
          <w:lang w:val="ru-RU"/>
        </w:rPr>
        <w:t xml:space="preserve">1) Универсальные </w:t>
      </w:r>
      <w:r w:rsidRPr="00186BEE">
        <w:rPr>
          <w:rFonts w:ascii="Times New Roman" w:eastAsia="Times New Roman" w:hAnsi="Times New Roman"/>
          <w:b/>
          <w:i/>
          <w:color w:val="000000"/>
          <w:sz w:val="24"/>
          <w:lang w:val="ru-RU"/>
        </w:rPr>
        <w:t xml:space="preserve">познавательные </w:t>
      </w:r>
      <w:r w:rsidRPr="00186BEE">
        <w:rPr>
          <w:rFonts w:ascii="Times New Roman" w:eastAsia="Times New Roman" w:hAnsi="Times New Roman"/>
          <w:i/>
          <w:color w:val="000000"/>
          <w:sz w:val="24"/>
          <w:lang w:val="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227D1F" w:rsidRPr="00186BEE" w:rsidRDefault="00186BEE">
      <w:pPr>
        <w:autoSpaceDE w:val="0"/>
        <w:autoSpaceDN w:val="0"/>
        <w:spacing w:before="192" w:after="0" w:line="230" w:lineRule="auto"/>
        <w:ind w:left="180"/>
        <w:rPr>
          <w:lang w:val="ru-RU"/>
        </w:rPr>
      </w:pPr>
      <w:r w:rsidRPr="00186BEE">
        <w:rPr>
          <w:rFonts w:ascii="Times New Roman" w:eastAsia="Times New Roman" w:hAnsi="Times New Roman"/>
          <w:b/>
          <w:color w:val="000000"/>
          <w:sz w:val="24"/>
          <w:lang w:val="ru-RU"/>
        </w:rPr>
        <w:t>Базовые логические действия:</w:t>
      </w:r>
    </w:p>
    <w:p w:rsidR="00227D1F" w:rsidRPr="00186BEE" w:rsidRDefault="00186BEE">
      <w:pPr>
        <w:autoSpaceDE w:val="0"/>
        <w:autoSpaceDN w:val="0"/>
        <w:spacing w:before="178" w:after="0" w:line="262" w:lineRule="auto"/>
        <w:ind w:left="420" w:right="576"/>
        <w:rPr>
          <w:lang w:val="ru-RU"/>
        </w:rPr>
      </w:pPr>
      <w:r w:rsidRPr="00186BEE">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227D1F" w:rsidRPr="00186BEE" w:rsidRDefault="00186BEE">
      <w:pPr>
        <w:autoSpaceDE w:val="0"/>
        <w:autoSpaceDN w:val="0"/>
        <w:spacing w:before="190" w:after="0" w:line="262" w:lineRule="auto"/>
        <w:ind w:left="420" w:right="144"/>
        <w:rPr>
          <w:lang w:val="ru-RU"/>
        </w:rPr>
      </w:pPr>
      <w:r w:rsidRPr="00186BEE">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227D1F" w:rsidRPr="00186BEE" w:rsidRDefault="00186BEE">
      <w:pPr>
        <w:autoSpaceDE w:val="0"/>
        <w:autoSpaceDN w:val="0"/>
        <w:spacing w:before="190" w:after="0" w:line="262" w:lineRule="auto"/>
        <w:ind w:left="420" w:right="1584"/>
        <w:rPr>
          <w:lang w:val="ru-RU"/>
        </w:rPr>
      </w:pPr>
      <w:r w:rsidRPr="00186BEE">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227D1F" w:rsidRPr="00186BEE" w:rsidRDefault="00186BEE">
      <w:pPr>
        <w:autoSpaceDE w:val="0"/>
        <w:autoSpaceDN w:val="0"/>
        <w:spacing w:before="190" w:after="0" w:line="262" w:lineRule="auto"/>
        <w:ind w:left="420" w:right="144"/>
        <w:rPr>
          <w:lang w:val="ru-RU"/>
        </w:rPr>
      </w:pPr>
      <w:r w:rsidRPr="00186BEE">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227D1F" w:rsidRPr="00186BEE" w:rsidRDefault="00186BEE">
      <w:pPr>
        <w:autoSpaceDE w:val="0"/>
        <w:autoSpaceDN w:val="0"/>
        <w:spacing w:before="190" w:after="0" w:line="230" w:lineRule="auto"/>
        <w:ind w:left="420"/>
        <w:rPr>
          <w:lang w:val="ru-RU"/>
        </w:rPr>
      </w:pPr>
      <w:r w:rsidRPr="00186BEE">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227D1F" w:rsidRPr="00186BEE" w:rsidRDefault="00186BEE">
      <w:pPr>
        <w:autoSpaceDE w:val="0"/>
        <w:autoSpaceDN w:val="0"/>
        <w:spacing w:before="190" w:after="0" w:line="262" w:lineRule="auto"/>
        <w:ind w:left="420" w:right="1584"/>
        <w:rPr>
          <w:lang w:val="ru-RU"/>
        </w:rPr>
      </w:pPr>
      <w:r w:rsidRPr="00186BEE">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227D1F" w:rsidRPr="00186BEE" w:rsidRDefault="00186BEE">
      <w:pPr>
        <w:autoSpaceDE w:val="0"/>
        <w:autoSpaceDN w:val="0"/>
        <w:spacing w:before="190" w:after="0" w:line="271" w:lineRule="auto"/>
        <w:ind w:left="420" w:right="144"/>
        <w:rPr>
          <w:lang w:val="ru-RU"/>
        </w:rPr>
      </w:pPr>
      <w:r w:rsidRPr="00186BEE">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186BEE">
        <w:rPr>
          <w:rFonts w:ascii="Times New Roman" w:eastAsia="Times New Roman" w:hAnsi="Times New Roman"/>
          <w:color w:val="000000"/>
          <w:sz w:val="24"/>
          <w:lang w:val="ru-RU"/>
        </w:rPr>
        <w:t>контрпримеры</w:t>
      </w:r>
      <w:proofErr w:type="spellEnd"/>
      <w:r w:rsidRPr="00186BEE">
        <w:rPr>
          <w:rFonts w:ascii="Times New Roman" w:eastAsia="Times New Roman" w:hAnsi="Times New Roman"/>
          <w:color w:val="000000"/>
          <w:sz w:val="24"/>
          <w:lang w:val="ru-RU"/>
        </w:rPr>
        <w:t xml:space="preserve">; </w:t>
      </w:r>
    </w:p>
    <w:p w:rsidR="00227D1F" w:rsidRPr="00186BEE" w:rsidRDefault="00186BEE">
      <w:pPr>
        <w:autoSpaceDE w:val="0"/>
        <w:autoSpaceDN w:val="0"/>
        <w:spacing w:before="190" w:after="0" w:line="271" w:lineRule="auto"/>
        <w:ind w:left="420" w:right="1152"/>
        <w:rPr>
          <w:lang w:val="ru-RU"/>
        </w:rPr>
      </w:pPr>
      <w:r w:rsidRPr="00186BEE">
        <w:rPr>
          <w:rFonts w:ascii="Times New Roman" w:eastAsia="Times New Roman" w:hAnsi="Times New Roman"/>
          <w:color w:val="000000"/>
          <w:sz w:val="24"/>
          <w:lang w:val="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27D1F" w:rsidRPr="00186BEE" w:rsidRDefault="00186BEE">
      <w:pPr>
        <w:autoSpaceDE w:val="0"/>
        <w:autoSpaceDN w:val="0"/>
        <w:spacing w:before="180" w:after="0" w:line="230" w:lineRule="auto"/>
        <w:ind w:left="180"/>
        <w:rPr>
          <w:lang w:val="ru-RU"/>
        </w:rPr>
      </w:pPr>
      <w:r w:rsidRPr="00186BEE">
        <w:rPr>
          <w:rFonts w:ascii="Times New Roman" w:eastAsia="Times New Roman" w:hAnsi="Times New Roman"/>
          <w:b/>
          <w:color w:val="000000"/>
          <w:sz w:val="24"/>
          <w:lang w:val="ru-RU"/>
        </w:rPr>
        <w:t>Базовые исследовательские действия:</w:t>
      </w:r>
    </w:p>
    <w:p w:rsidR="00227D1F" w:rsidRPr="00186BEE" w:rsidRDefault="00186BEE">
      <w:pPr>
        <w:autoSpaceDE w:val="0"/>
        <w:autoSpaceDN w:val="0"/>
        <w:spacing w:before="178" w:after="0" w:line="230" w:lineRule="auto"/>
        <w:ind w:left="420"/>
        <w:rPr>
          <w:lang w:val="ru-RU"/>
        </w:rPr>
      </w:pPr>
      <w:r w:rsidRPr="00186BEE">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227D1F" w:rsidRPr="00186BEE" w:rsidRDefault="00186BEE">
      <w:pPr>
        <w:autoSpaceDE w:val="0"/>
        <w:autoSpaceDN w:val="0"/>
        <w:spacing w:before="190" w:after="0" w:line="262" w:lineRule="auto"/>
        <w:ind w:left="420" w:right="1296"/>
        <w:rPr>
          <w:lang w:val="ru-RU"/>
        </w:rPr>
      </w:pPr>
      <w:r w:rsidRPr="00186BEE">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227D1F" w:rsidRPr="00186BEE" w:rsidRDefault="00186BEE">
      <w:pPr>
        <w:autoSpaceDE w:val="0"/>
        <w:autoSpaceDN w:val="0"/>
        <w:spacing w:before="190" w:after="0" w:line="230" w:lineRule="auto"/>
        <w:ind w:left="420"/>
        <w:rPr>
          <w:lang w:val="ru-RU"/>
        </w:rPr>
      </w:pPr>
      <w:r w:rsidRPr="00186BEE">
        <w:rPr>
          <w:rFonts w:ascii="Times New Roman" w:eastAsia="Times New Roman" w:hAnsi="Times New Roman"/>
          <w:color w:val="000000"/>
          <w:sz w:val="24"/>
          <w:lang w:val="ru-RU"/>
        </w:rPr>
        <w:t>—  аргументировать свою позицию, мнение;</w:t>
      </w:r>
    </w:p>
    <w:p w:rsidR="00227D1F" w:rsidRPr="00186BEE" w:rsidRDefault="00186BEE">
      <w:pPr>
        <w:autoSpaceDE w:val="0"/>
        <w:autoSpaceDN w:val="0"/>
        <w:spacing w:before="190" w:after="0" w:line="271" w:lineRule="auto"/>
        <w:ind w:left="420" w:right="288"/>
        <w:rPr>
          <w:lang w:val="ru-RU"/>
        </w:rPr>
      </w:pPr>
      <w:r w:rsidRPr="00186BEE">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227D1F" w:rsidRPr="00186BEE" w:rsidRDefault="00186BEE">
      <w:pPr>
        <w:autoSpaceDE w:val="0"/>
        <w:autoSpaceDN w:val="0"/>
        <w:spacing w:before="190" w:after="0"/>
        <w:ind w:left="420" w:right="144"/>
        <w:rPr>
          <w:lang w:val="ru-RU"/>
        </w:rPr>
      </w:pPr>
      <w:r w:rsidRPr="00186BEE">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227D1F" w:rsidRPr="00186BEE" w:rsidRDefault="00227D1F">
      <w:pPr>
        <w:rPr>
          <w:lang w:val="ru-RU"/>
        </w:rPr>
        <w:sectPr w:rsidR="00227D1F" w:rsidRPr="00186BEE">
          <w:pgSz w:w="11900" w:h="16840"/>
          <w:pgMar w:top="298" w:right="668" w:bottom="348" w:left="666" w:header="720" w:footer="720" w:gutter="0"/>
          <w:cols w:space="720" w:equalWidth="0">
            <w:col w:w="10566"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30" w:lineRule="auto"/>
        <w:ind w:left="180"/>
        <w:rPr>
          <w:lang w:val="ru-RU"/>
        </w:rPr>
      </w:pPr>
      <w:r w:rsidRPr="00186BEE">
        <w:rPr>
          <w:rFonts w:ascii="Times New Roman" w:eastAsia="Times New Roman" w:hAnsi="Times New Roman"/>
          <w:b/>
          <w:color w:val="000000"/>
          <w:sz w:val="24"/>
          <w:lang w:val="ru-RU"/>
        </w:rPr>
        <w:t>Работа с информацией:</w:t>
      </w:r>
    </w:p>
    <w:p w:rsidR="00227D1F" w:rsidRPr="00186BEE" w:rsidRDefault="00186BEE">
      <w:pPr>
        <w:autoSpaceDE w:val="0"/>
        <w:autoSpaceDN w:val="0"/>
        <w:spacing w:before="178" w:after="0" w:line="262" w:lineRule="auto"/>
        <w:ind w:left="420"/>
        <w:rPr>
          <w:lang w:val="ru-RU"/>
        </w:rPr>
      </w:pPr>
      <w:r w:rsidRPr="00186BEE">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227D1F" w:rsidRPr="00186BEE" w:rsidRDefault="00186BEE">
      <w:pPr>
        <w:autoSpaceDE w:val="0"/>
        <w:autoSpaceDN w:val="0"/>
        <w:spacing w:before="190" w:after="0" w:line="262" w:lineRule="auto"/>
        <w:ind w:left="420" w:right="288"/>
        <w:rPr>
          <w:lang w:val="ru-RU"/>
        </w:rPr>
      </w:pPr>
      <w:r w:rsidRPr="00186BEE">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227D1F" w:rsidRPr="00186BEE" w:rsidRDefault="00186BEE">
      <w:pPr>
        <w:autoSpaceDE w:val="0"/>
        <w:autoSpaceDN w:val="0"/>
        <w:spacing w:before="190" w:after="0" w:line="262" w:lineRule="auto"/>
        <w:ind w:left="420" w:right="144"/>
        <w:rPr>
          <w:lang w:val="ru-RU"/>
        </w:rPr>
      </w:pPr>
      <w:r w:rsidRPr="00186BEE">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227D1F" w:rsidRPr="00186BEE" w:rsidRDefault="00186BEE">
      <w:pPr>
        <w:autoSpaceDE w:val="0"/>
        <w:autoSpaceDN w:val="0"/>
        <w:spacing w:before="190" w:after="0" w:line="262" w:lineRule="auto"/>
        <w:ind w:left="420" w:right="1296"/>
        <w:rPr>
          <w:lang w:val="ru-RU"/>
        </w:rPr>
      </w:pPr>
      <w:r w:rsidRPr="00186BEE">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227D1F" w:rsidRPr="00186BEE" w:rsidRDefault="00186BEE">
      <w:pPr>
        <w:tabs>
          <w:tab w:val="left" w:pos="180"/>
        </w:tabs>
        <w:autoSpaceDE w:val="0"/>
        <w:autoSpaceDN w:val="0"/>
        <w:spacing w:before="180" w:after="0" w:line="262" w:lineRule="auto"/>
        <w:ind w:right="288"/>
        <w:rPr>
          <w:lang w:val="ru-RU"/>
        </w:rPr>
      </w:pPr>
      <w:r w:rsidRPr="00186BEE">
        <w:rPr>
          <w:lang w:val="ru-RU"/>
        </w:rPr>
        <w:tab/>
      </w:r>
      <w:r w:rsidRPr="00186BEE">
        <w:rPr>
          <w:rFonts w:ascii="Times New Roman" w:eastAsia="Times New Roman" w:hAnsi="Times New Roman"/>
          <w:i/>
          <w:color w:val="000000"/>
          <w:sz w:val="24"/>
          <w:lang w:val="ru-RU"/>
        </w:rPr>
        <w:t xml:space="preserve">2)  Универсальные </w:t>
      </w:r>
      <w:r w:rsidRPr="00186BEE">
        <w:rPr>
          <w:rFonts w:ascii="Times New Roman" w:eastAsia="Times New Roman" w:hAnsi="Times New Roman"/>
          <w:b/>
          <w:i/>
          <w:color w:val="000000"/>
          <w:sz w:val="24"/>
          <w:lang w:val="ru-RU"/>
        </w:rPr>
        <w:t xml:space="preserve">коммуникативные </w:t>
      </w:r>
      <w:r w:rsidRPr="00186BEE">
        <w:rPr>
          <w:rFonts w:ascii="Times New Roman" w:eastAsia="Times New Roman" w:hAnsi="Times New Roman"/>
          <w:i/>
          <w:color w:val="000000"/>
          <w:sz w:val="24"/>
          <w:lang w:val="ru-RU"/>
        </w:rPr>
        <w:t xml:space="preserve">действия обеспечивают </w:t>
      </w:r>
      <w:proofErr w:type="spellStart"/>
      <w:r w:rsidRPr="00186BEE">
        <w:rPr>
          <w:rFonts w:ascii="Times New Roman" w:eastAsia="Times New Roman" w:hAnsi="Times New Roman"/>
          <w:i/>
          <w:color w:val="000000"/>
          <w:sz w:val="24"/>
          <w:lang w:val="ru-RU"/>
        </w:rPr>
        <w:t>сформированность</w:t>
      </w:r>
      <w:proofErr w:type="spellEnd"/>
      <w:r w:rsidRPr="00186BEE">
        <w:rPr>
          <w:rFonts w:ascii="Times New Roman" w:eastAsia="Times New Roman" w:hAnsi="Times New Roman"/>
          <w:i/>
          <w:color w:val="000000"/>
          <w:sz w:val="24"/>
          <w:lang w:val="ru-RU"/>
        </w:rPr>
        <w:t xml:space="preserve"> социальных навыков обучающихся.</w:t>
      </w:r>
    </w:p>
    <w:p w:rsidR="00227D1F" w:rsidRPr="00186BEE" w:rsidRDefault="00186BEE">
      <w:pPr>
        <w:autoSpaceDE w:val="0"/>
        <w:autoSpaceDN w:val="0"/>
        <w:spacing w:before="190" w:after="0" w:line="230" w:lineRule="auto"/>
        <w:ind w:left="180"/>
        <w:rPr>
          <w:lang w:val="ru-RU"/>
        </w:rPr>
      </w:pPr>
      <w:r w:rsidRPr="00186BEE">
        <w:rPr>
          <w:rFonts w:ascii="Times New Roman" w:eastAsia="Times New Roman" w:hAnsi="Times New Roman"/>
          <w:b/>
          <w:color w:val="000000"/>
          <w:sz w:val="24"/>
          <w:lang w:val="ru-RU"/>
        </w:rPr>
        <w:t>Общение:</w:t>
      </w:r>
    </w:p>
    <w:p w:rsidR="00227D1F" w:rsidRPr="00186BEE" w:rsidRDefault="00186BEE">
      <w:pPr>
        <w:autoSpaceDE w:val="0"/>
        <w:autoSpaceDN w:val="0"/>
        <w:spacing w:before="178" w:after="0" w:line="230" w:lineRule="auto"/>
        <w:ind w:left="420"/>
        <w:rPr>
          <w:lang w:val="ru-RU"/>
        </w:rPr>
      </w:pPr>
      <w:r w:rsidRPr="00186BEE">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227D1F" w:rsidRPr="00186BEE" w:rsidRDefault="00186BEE">
      <w:pPr>
        <w:autoSpaceDE w:val="0"/>
        <w:autoSpaceDN w:val="0"/>
        <w:spacing w:before="190" w:after="0"/>
        <w:ind w:left="420" w:right="144"/>
        <w:rPr>
          <w:lang w:val="ru-RU"/>
        </w:rPr>
      </w:pPr>
      <w:r w:rsidRPr="00186BEE">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227D1F" w:rsidRPr="00186BEE" w:rsidRDefault="00186BEE">
      <w:pPr>
        <w:autoSpaceDE w:val="0"/>
        <w:autoSpaceDN w:val="0"/>
        <w:spacing w:before="190" w:after="0" w:line="262" w:lineRule="auto"/>
        <w:ind w:left="420" w:right="720"/>
        <w:rPr>
          <w:lang w:val="ru-RU"/>
        </w:rPr>
      </w:pPr>
      <w:r w:rsidRPr="00186BEE">
        <w:rPr>
          <w:rFonts w:ascii="Times New Roman" w:eastAsia="Times New Roman" w:hAnsi="Times New Roman"/>
          <w:color w:val="000000"/>
          <w:sz w:val="24"/>
          <w:lang w:val="ru-RU"/>
        </w:rPr>
        <w:t xml:space="preserve">—  сопоставлять свои суждения с суждениями других участников диалога, обнаруживать различие и сходство позиций; </w:t>
      </w:r>
    </w:p>
    <w:p w:rsidR="00227D1F" w:rsidRPr="00186BEE" w:rsidRDefault="00186BEE">
      <w:pPr>
        <w:autoSpaceDE w:val="0"/>
        <w:autoSpaceDN w:val="0"/>
        <w:spacing w:before="190" w:after="0" w:line="230" w:lineRule="auto"/>
        <w:ind w:left="420"/>
        <w:rPr>
          <w:lang w:val="ru-RU"/>
        </w:rPr>
      </w:pPr>
      <w:r w:rsidRPr="00186BEE">
        <w:rPr>
          <w:rFonts w:ascii="Times New Roman" w:eastAsia="Times New Roman" w:hAnsi="Times New Roman"/>
          <w:color w:val="000000"/>
          <w:sz w:val="24"/>
          <w:lang w:val="ru-RU"/>
        </w:rPr>
        <w:t xml:space="preserve">—  в корректной форме формулировать разногласия, свои возражения; </w:t>
      </w:r>
    </w:p>
    <w:p w:rsidR="00227D1F" w:rsidRPr="00186BEE" w:rsidRDefault="00186BEE">
      <w:pPr>
        <w:autoSpaceDE w:val="0"/>
        <w:autoSpaceDN w:val="0"/>
        <w:spacing w:before="190" w:after="0" w:line="230" w:lineRule="auto"/>
        <w:ind w:left="420"/>
        <w:rPr>
          <w:lang w:val="ru-RU"/>
        </w:rPr>
      </w:pPr>
      <w:r w:rsidRPr="00186BEE">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227D1F" w:rsidRPr="00186BEE" w:rsidRDefault="00186BEE">
      <w:pPr>
        <w:autoSpaceDE w:val="0"/>
        <w:autoSpaceDN w:val="0"/>
        <w:spacing w:before="190" w:after="0" w:line="262" w:lineRule="auto"/>
        <w:ind w:left="420" w:right="144"/>
        <w:rPr>
          <w:lang w:val="ru-RU"/>
        </w:rPr>
      </w:pPr>
      <w:r w:rsidRPr="00186BEE">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227D1F" w:rsidRPr="00186BEE" w:rsidRDefault="00186BEE">
      <w:pPr>
        <w:autoSpaceDE w:val="0"/>
        <w:autoSpaceDN w:val="0"/>
        <w:spacing w:before="178" w:after="0" w:line="230" w:lineRule="auto"/>
        <w:ind w:left="180"/>
        <w:rPr>
          <w:lang w:val="ru-RU"/>
        </w:rPr>
      </w:pPr>
      <w:r w:rsidRPr="00186BEE">
        <w:rPr>
          <w:rFonts w:ascii="Times New Roman" w:eastAsia="Times New Roman" w:hAnsi="Times New Roman"/>
          <w:b/>
          <w:color w:val="000000"/>
          <w:sz w:val="24"/>
          <w:lang w:val="ru-RU"/>
        </w:rPr>
        <w:t>Сотрудничество:</w:t>
      </w:r>
    </w:p>
    <w:p w:rsidR="00227D1F" w:rsidRPr="00186BEE" w:rsidRDefault="00186BEE">
      <w:pPr>
        <w:autoSpaceDE w:val="0"/>
        <w:autoSpaceDN w:val="0"/>
        <w:spacing w:before="178" w:after="0" w:line="262" w:lineRule="auto"/>
        <w:ind w:left="420" w:right="144"/>
        <w:rPr>
          <w:lang w:val="ru-RU"/>
        </w:rPr>
      </w:pPr>
      <w:r w:rsidRPr="00186BEE">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227D1F" w:rsidRPr="00186BEE" w:rsidRDefault="00186BEE">
      <w:pPr>
        <w:autoSpaceDE w:val="0"/>
        <w:autoSpaceDN w:val="0"/>
        <w:spacing w:before="192" w:after="0" w:line="262" w:lineRule="auto"/>
        <w:ind w:left="420" w:right="288"/>
        <w:rPr>
          <w:lang w:val="ru-RU"/>
        </w:rPr>
      </w:pPr>
      <w:r w:rsidRPr="00186BEE">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227D1F" w:rsidRPr="00186BEE" w:rsidRDefault="00186BEE">
      <w:pPr>
        <w:autoSpaceDE w:val="0"/>
        <w:autoSpaceDN w:val="0"/>
        <w:spacing w:before="190" w:after="0" w:line="262" w:lineRule="auto"/>
        <w:ind w:left="420"/>
        <w:rPr>
          <w:lang w:val="ru-RU"/>
        </w:rPr>
      </w:pPr>
      <w:r w:rsidRPr="00186BEE">
        <w:rPr>
          <w:rFonts w:ascii="Times New Roman" w:eastAsia="Times New Roman" w:hAnsi="Times New Roman"/>
          <w:color w:val="000000"/>
          <w:sz w:val="24"/>
          <w:lang w:val="ru-RU"/>
        </w:rPr>
        <w:t xml:space="preserve">—  обобщать мнения нескольких людей; участвовать в групповых формах работы (обсуждения, обмен мнениями, мозговые штурмы и др.); </w:t>
      </w:r>
    </w:p>
    <w:p w:rsidR="00227D1F" w:rsidRPr="00186BEE" w:rsidRDefault="00186BEE">
      <w:pPr>
        <w:autoSpaceDE w:val="0"/>
        <w:autoSpaceDN w:val="0"/>
        <w:spacing w:before="190" w:after="0" w:line="230" w:lineRule="auto"/>
        <w:ind w:left="420"/>
        <w:rPr>
          <w:lang w:val="ru-RU"/>
        </w:rPr>
      </w:pPr>
      <w:r w:rsidRPr="00186BEE">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227D1F" w:rsidRPr="00186BEE" w:rsidRDefault="00186BEE">
      <w:pPr>
        <w:autoSpaceDE w:val="0"/>
        <w:autoSpaceDN w:val="0"/>
        <w:spacing w:before="190" w:after="0" w:line="262" w:lineRule="auto"/>
        <w:ind w:left="420" w:right="576"/>
        <w:rPr>
          <w:lang w:val="ru-RU"/>
        </w:rPr>
      </w:pPr>
      <w:r w:rsidRPr="00186BEE">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227D1F" w:rsidRPr="00186BEE" w:rsidRDefault="00186BEE">
      <w:pPr>
        <w:tabs>
          <w:tab w:val="left" w:pos="180"/>
        </w:tabs>
        <w:autoSpaceDE w:val="0"/>
        <w:autoSpaceDN w:val="0"/>
        <w:spacing w:before="178" w:after="0" w:line="262" w:lineRule="auto"/>
        <w:ind w:right="144"/>
        <w:rPr>
          <w:lang w:val="ru-RU"/>
        </w:rPr>
      </w:pPr>
      <w:r w:rsidRPr="00186BEE">
        <w:rPr>
          <w:lang w:val="ru-RU"/>
        </w:rPr>
        <w:tab/>
      </w:r>
      <w:r w:rsidRPr="00186BEE">
        <w:rPr>
          <w:rFonts w:ascii="Times New Roman" w:eastAsia="Times New Roman" w:hAnsi="Times New Roman"/>
          <w:i/>
          <w:color w:val="000000"/>
          <w:sz w:val="24"/>
          <w:lang w:val="ru-RU"/>
        </w:rPr>
        <w:t xml:space="preserve">3)  Универсальные </w:t>
      </w:r>
      <w:r w:rsidRPr="00186BEE">
        <w:rPr>
          <w:rFonts w:ascii="Times New Roman" w:eastAsia="Times New Roman" w:hAnsi="Times New Roman"/>
          <w:b/>
          <w:i/>
          <w:color w:val="000000"/>
          <w:sz w:val="24"/>
          <w:lang w:val="ru-RU"/>
        </w:rPr>
        <w:t xml:space="preserve">регулятивные </w:t>
      </w:r>
      <w:r w:rsidRPr="00186BEE">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227D1F" w:rsidRPr="00186BEE" w:rsidRDefault="00186BEE">
      <w:pPr>
        <w:autoSpaceDE w:val="0"/>
        <w:autoSpaceDN w:val="0"/>
        <w:spacing w:before="190" w:after="0" w:line="230" w:lineRule="auto"/>
        <w:ind w:left="180"/>
        <w:rPr>
          <w:lang w:val="ru-RU"/>
        </w:rPr>
      </w:pPr>
      <w:r w:rsidRPr="00186BEE">
        <w:rPr>
          <w:rFonts w:ascii="Times New Roman" w:eastAsia="Times New Roman" w:hAnsi="Times New Roman"/>
          <w:b/>
          <w:color w:val="000000"/>
          <w:sz w:val="24"/>
          <w:lang w:val="ru-RU"/>
        </w:rPr>
        <w:t>Самоорганизация:</w:t>
      </w:r>
    </w:p>
    <w:p w:rsidR="00227D1F" w:rsidRPr="00186BEE" w:rsidRDefault="00186BEE">
      <w:pPr>
        <w:autoSpaceDE w:val="0"/>
        <w:autoSpaceDN w:val="0"/>
        <w:spacing w:before="178" w:after="0" w:line="271" w:lineRule="auto"/>
        <w:ind w:left="420"/>
        <w:rPr>
          <w:lang w:val="ru-RU"/>
        </w:rPr>
      </w:pPr>
      <w:r w:rsidRPr="00186BEE">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27D1F" w:rsidRPr="00186BEE" w:rsidRDefault="00227D1F">
      <w:pPr>
        <w:rPr>
          <w:lang w:val="ru-RU"/>
        </w:rPr>
        <w:sectPr w:rsidR="00227D1F" w:rsidRPr="00186BEE">
          <w:pgSz w:w="11900" w:h="16840"/>
          <w:pgMar w:top="298" w:right="830" w:bottom="384" w:left="666" w:header="720" w:footer="720" w:gutter="0"/>
          <w:cols w:space="720" w:equalWidth="0">
            <w:col w:w="10404" w:space="0"/>
          </w:cols>
          <w:docGrid w:linePitch="360"/>
        </w:sectPr>
      </w:pPr>
    </w:p>
    <w:p w:rsidR="00227D1F" w:rsidRPr="00186BEE" w:rsidRDefault="00227D1F">
      <w:pPr>
        <w:autoSpaceDE w:val="0"/>
        <w:autoSpaceDN w:val="0"/>
        <w:spacing w:after="114" w:line="220" w:lineRule="exact"/>
        <w:rPr>
          <w:lang w:val="ru-RU"/>
        </w:rPr>
      </w:pPr>
    </w:p>
    <w:p w:rsidR="00227D1F" w:rsidRPr="00186BEE" w:rsidRDefault="00186BEE">
      <w:pPr>
        <w:autoSpaceDE w:val="0"/>
        <w:autoSpaceDN w:val="0"/>
        <w:spacing w:after="0" w:line="230" w:lineRule="auto"/>
        <w:ind w:left="180"/>
        <w:rPr>
          <w:lang w:val="ru-RU"/>
        </w:rPr>
      </w:pPr>
      <w:r w:rsidRPr="00186BEE">
        <w:rPr>
          <w:rFonts w:ascii="Times New Roman" w:eastAsia="Times New Roman" w:hAnsi="Times New Roman"/>
          <w:b/>
          <w:color w:val="000000"/>
          <w:sz w:val="24"/>
          <w:lang w:val="ru-RU"/>
        </w:rPr>
        <w:t>Самоконтроль:</w:t>
      </w:r>
    </w:p>
    <w:p w:rsidR="00227D1F" w:rsidRPr="00186BEE" w:rsidRDefault="00186BEE">
      <w:pPr>
        <w:autoSpaceDE w:val="0"/>
        <w:autoSpaceDN w:val="0"/>
        <w:spacing w:before="178" w:after="0" w:line="262" w:lineRule="auto"/>
        <w:ind w:left="420" w:right="1296"/>
        <w:rPr>
          <w:lang w:val="ru-RU"/>
        </w:rPr>
      </w:pPr>
      <w:r w:rsidRPr="00186BEE">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227D1F" w:rsidRPr="00186BEE" w:rsidRDefault="00186BEE">
      <w:pPr>
        <w:autoSpaceDE w:val="0"/>
        <w:autoSpaceDN w:val="0"/>
        <w:spacing w:before="190" w:after="0" w:line="262" w:lineRule="auto"/>
        <w:ind w:left="420"/>
        <w:rPr>
          <w:lang w:val="ru-RU"/>
        </w:rPr>
      </w:pPr>
      <w:r w:rsidRPr="00186BEE">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27D1F" w:rsidRPr="00186BEE" w:rsidRDefault="00186BEE">
      <w:pPr>
        <w:autoSpaceDE w:val="0"/>
        <w:autoSpaceDN w:val="0"/>
        <w:spacing w:before="190" w:after="0" w:line="271" w:lineRule="auto"/>
        <w:ind w:left="420"/>
        <w:rPr>
          <w:lang w:val="ru-RU"/>
        </w:rPr>
      </w:pPr>
      <w:r w:rsidRPr="00186BEE">
        <w:rPr>
          <w:rFonts w:ascii="Times New Roman" w:eastAsia="Times New Roman" w:hAnsi="Times New Roman"/>
          <w:color w:val="000000"/>
          <w:sz w:val="24"/>
          <w:lang w:val="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186BEE">
        <w:rPr>
          <w:rFonts w:ascii="Times New Roman" w:eastAsia="Times New Roman" w:hAnsi="Times New Roman"/>
          <w:color w:val="000000"/>
          <w:sz w:val="24"/>
          <w:lang w:val="ru-RU"/>
        </w:rPr>
        <w:t>недостижения</w:t>
      </w:r>
      <w:proofErr w:type="spellEnd"/>
      <w:r w:rsidRPr="00186BEE">
        <w:rPr>
          <w:rFonts w:ascii="Times New Roman" w:eastAsia="Times New Roman" w:hAnsi="Times New Roman"/>
          <w:color w:val="000000"/>
          <w:sz w:val="24"/>
          <w:lang w:val="ru-RU"/>
        </w:rPr>
        <w:t xml:space="preserve"> цели, находить ошибку, давать оценку приобретённому опыту.</w:t>
      </w:r>
    </w:p>
    <w:p w:rsidR="00227D1F" w:rsidRPr="00186BEE" w:rsidRDefault="00186BEE">
      <w:pPr>
        <w:autoSpaceDE w:val="0"/>
        <w:autoSpaceDN w:val="0"/>
        <w:spacing w:before="324" w:after="0" w:line="230" w:lineRule="auto"/>
        <w:rPr>
          <w:lang w:val="ru-RU"/>
        </w:rPr>
      </w:pPr>
      <w:r w:rsidRPr="00186BEE">
        <w:rPr>
          <w:rFonts w:ascii="Times New Roman" w:eastAsia="Times New Roman" w:hAnsi="Times New Roman"/>
          <w:b/>
          <w:color w:val="000000"/>
          <w:sz w:val="24"/>
          <w:lang w:val="ru-RU"/>
        </w:rPr>
        <w:t>ПРЕДМЕТНЫЕ РЕЗУЛЬТАТЫ</w:t>
      </w:r>
    </w:p>
    <w:p w:rsidR="00227D1F" w:rsidRPr="00186BEE" w:rsidRDefault="00186BEE">
      <w:pPr>
        <w:autoSpaceDE w:val="0"/>
        <w:autoSpaceDN w:val="0"/>
        <w:spacing w:before="264" w:after="0" w:line="230" w:lineRule="auto"/>
        <w:rPr>
          <w:lang w:val="ru-RU"/>
        </w:rPr>
      </w:pPr>
      <w:r w:rsidRPr="00186BEE">
        <w:rPr>
          <w:rFonts w:ascii="Times New Roman" w:eastAsia="Times New Roman" w:hAnsi="Times New Roman"/>
          <w:b/>
          <w:color w:val="000000"/>
          <w:sz w:val="24"/>
          <w:lang w:val="ru-RU"/>
        </w:rPr>
        <w:t>Числа и вычисления</w:t>
      </w:r>
    </w:p>
    <w:p w:rsidR="00227D1F" w:rsidRPr="00186BEE" w:rsidRDefault="00186BEE">
      <w:pPr>
        <w:tabs>
          <w:tab w:val="left" w:pos="180"/>
        </w:tabs>
        <w:autoSpaceDE w:val="0"/>
        <w:autoSpaceDN w:val="0"/>
        <w:spacing w:before="166" w:after="0" w:line="262" w:lineRule="auto"/>
        <w:rPr>
          <w:lang w:val="ru-RU"/>
        </w:rPr>
      </w:pPr>
      <w:r w:rsidRPr="00186BEE">
        <w:rPr>
          <w:lang w:val="ru-RU"/>
        </w:rPr>
        <w:tab/>
      </w:r>
      <w:r w:rsidRPr="00186BEE">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227D1F" w:rsidRPr="00186BEE" w:rsidRDefault="00186BEE">
      <w:pPr>
        <w:tabs>
          <w:tab w:val="left" w:pos="180"/>
        </w:tabs>
        <w:autoSpaceDE w:val="0"/>
        <w:autoSpaceDN w:val="0"/>
        <w:spacing w:before="70" w:after="0" w:line="262" w:lineRule="auto"/>
        <w:rPr>
          <w:lang w:val="ru-RU"/>
        </w:rPr>
      </w:pPr>
      <w:r w:rsidRPr="00186BEE">
        <w:rPr>
          <w:lang w:val="ru-RU"/>
        </w:rPr>
        <w:tab/>
      </w:r>
      <w:r w:rsidRPr="00186BEE">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227D1F" w:rsidRPr="00186BEE" w:rsidRDefault="00186BEE">
      <w:pPr>
        <w:tabs>
          <w:tab w:val="left" w:pos="180"/>
        </w:tabs>
        <w:autoSpaceDE w:val="0"/>
        <w:autoSpaceDN w:val="0"/>
        <w:spacing w:before="70" w:after="0" w:line="262" w:lineRule="auto"/>
        <w:rPr>
          <w:lang w:val="ru-RU"/>
        </w:rPr>
      </w:pPr>
      <w:r w:rsidRPr="00186BEE">
        <w:rPr>
          <w:lang w:val="ru-RU"/>
        </w:rPr>
        <w:tab/>
      </w:r>
      <w:r w:rsidRPr="00186BEE">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227D1F" w:rsidRPr="00186BEE" w:rsidRDefault="00186BEE">
      <w:pPr>
        <w:tabs>
          <w:tab w:val="left" w:pos="180"/>
        </w:tabs>
        <w:autoSpaceDE w:val="0"/>
        <w:autoSpaceDN w:val="0"/>
        <w:spacing w:before="70" w:after="0" w:line="262" w:lineRule="auto"/>
        <w:ind w:right="576"/>
        <w:rPr>
          <w:lang w:val="ru-RU"/>
        </w:rPr>
      </w:pPr>
      <w:r w:rsidRPr="00186BEE">
        <w:rPr>
          <w:lang w:val="ru-RU"/>
        </w:rPr>
        <w:tab/>
      </w:r>
      <w:r w:rsidRPr="00186BEE">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Выполнять проверку, прикидку результата вычислений.</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Округлять натуральные числа.</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Решение текстовых задач</w:t>
      </w:r>
    </w:p>
    <w:p w:rsidR="00227D1F" w:rsidRPr="00186BEE" w:rsidRDefault="00186BEE">
      <w:pPr>
        <w:tabs>
          <w:tab w:val="left" w:pos="180"/>
        </w:tabs>
        <w:autoSpaceDE w:val="0"/>
        <w:autoSpaceDN w:val="0"/>
        <w:spacing w:before="166" w:after="0" w:line="262" w:lineRule="auto"/>
        <w:ind w:right="432"/>
        <w:rPr>
          <w:lang w:val="ru-RU"/>
        </w:rPr>
      </w:pPr>
      <w:r w:rsidRPr="00186BEE">
        <w:rPr>
          <w:lang w:val="ru-RU"/>
        </w:rPr>
        <w:tab/>
      </w:r>
      <w:r w:rsidRPr="00186BEE">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227D1F" w:rsidRPr="00186BEE" w:rsidRDefault="00186BEE">
      <w:pPr>
        <w:tabs>
          <w:tab w:val="left" w:pos="180"/>
        </w:tabs>
        <w:autoSpaceDE w:val="0"/>
        <w:autoSpaceDN w:val="0"/>
        <w:spacing w:before="70" w:after="0" w:line="262" w:lineRule="auto"/>
        <w:ind w:right="288"/>
        <w:rPr>
          <w:lang w:val="ru-RU"/>
        </w:rPr>
      </w:pPr>
      <w:r w:rsidRPr="00186BEE">
        <w:rPr>
          <w:lang w:val="ru-RU"/>
        </w:rPr>
        <w:tab/>
      </w:r>
      <w:r w:rsidRPr="00186BEE">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227D1F" w:rsidRPr="00186BEE" w:rsidRDefault="00186BEE">
      <w:pPr>
        <w:tabs>
          <w:tab w:val="left" w:pos="180"/>
        </w:tabs>
        <w:autoSpaceDE w:val="0"/>
        <w:autoSpaceDN w:val="0"/>
        <w:spacing w:before="70" w:after="0" w:line="262" w:lineRule="auto"/>
        <w:ind w:right="576"/>
        <w:rPr>
          <w:lang w:val="ru-RU"/>
        </w:rPr>
      </w:pPr>
      <w:r w:rsidRPr="00186BEE">
        <w:rPr>
          <w:lang w:val="ru-RU"/>
        </w:rPr>
        <w:tab/>
      </w:r>
      <w:r w:rsidRPr="00186BEE">
        <w:rPr>
          <w:rFonts w:ascii="Times New Roman" w:eastAsia="Times New Roman" w:hAnsi="Times New Roman"/>
          <w:color w:val="000000"/>
          <w:sz w:val="24"/>
          <w:lang w:val="ru-RU"/>
        </w:rPr>
        <w:t xml:space="preserve">Пользоваться основными единицами измерения: цены, массы; расстояния, времени, скорости; выражать одни единицы </w:t>
      </w:r>
      <w:proofErr w:type="gramStart"/>
      <w:r w:rsidRPr="00186BEE">
        <w:rPr>
          <w:rFonts w:ascii="Times New Roman" w:eastAsia="Times New Roman" w:hAnsi="Times New Roman"/>
          <w:color w:val="000000"/>
          <w:sz w:val="24"/>
          <w:lang w:val="ru-RU"/>
        </w:rPr>
        <w:t>вели- чины</w:t>
      </w:r>
      <w:proofErr w:type="gramEnd"/>
      <w:r w:rsidRPr="00186BEE">
        <w:rPr>
          <w:rFonts w:ascii="Times New Roman" w:eastAsia="Times New Roman" w:hAnsi="Times New Roman"/>
          <w:color w:val="000000"/>
          <w:sz w:val="24"/>
          <w:lang w:val="ru-RU"/>
        </w:rPr>
        <w:t xml:space="preserve"> через другие.</w:t>
      </w:r>
    </w:p>
    <w:p w:rsidR="00227D1F" w:rsidRPr="00186BEE" w:rsidRDefault="00186BEE">
      <w:pPr>
        <w:autoSpaceDE w:val="0"/>
        <w:autoSpaceDN w:val="0"/>
        <w:spacing w:before="72" w:after="0" w:line="262" w:lineRule="auto"/>
        <w:ind w:right="432"/>
        <w:jc w:val="center"/>
        <w:rPr>
          <w:lang w:val="ru-RU"/>
        </w:rPr>
      </w:pPr>
      <w:r w:rsidRPr="00186BEE">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Наглядная геометрия</w:t>
      </w:r>
    </w:p>
    <w:p w:rsidR="00227D1F" w:rsidRPr="00186BEE" w:rsidRDefault="00186BEE">
      <w:pPr>
        <w:tabs>
          <w:tab w:val="left" w:pos="180"/>
        </w:tabs>
        <w:autoSpaceDE w:val="0"/>
        <w:autoSpaceDN w:val="0"/>
        <w:spacing w:before="166" w:after="0" w:line="262" w:lineRule="auto"/>
        <w:ind w:right="576"/>
        <w:rPr>
          <w:lang w:val="ru-RU"/>
        </w:rPr>
      </w:pPr>
      <w:r w:rsidRPr="00186BEE">
        <w:rPr>
          <w:lang w:val="ru-RU"/>
        </w:rPr>
        <w:tab/>
      </w:r>
      <w:r w:rsidRPr="00186BEE">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227D1F" w:rsidRPr="00186BEE" w:rsidRDefault="00186BEE">
      <w:pPr>
        <w:tabs>
          <w:tab w:val="left" w:pos="180"/>
        </w:tabs>
        <w:autoSpaceDE w:val="0"/>
        <w:autoSpaceDN w:val="0"/>
        <w:spacing w:before="70" w:after="0" w:line="262" w:lineRule="auto"/>
        <w:ind w:right="288"/>
        <w:rPr>
          <w:lang w:val="ru-RU"/>
        </w:rPr>
      </w:pPr>
      <w:r w:rsidRPr="00186BEE">
        <w:rPr>
          <w:lang w:val="ru-RU"/>
        </w:rPr>
        <w:tab/>
      </w:r>
      <w:r w:rsidRPr="00186BEE">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227D1F" w:rsidRPr="00186BEE" w:rsidRDefault="00186BEE">
      <w:pPr>
        <w:tabs>
          <w:tab w:val="left" w:pos="180"/>
        </w:tabs>
        <w:autoSpaceDE w:val="0"/>
        <w:autoSpaceDN w:val="0"/>
        <w:spacing w:before="70" w:after="0" w:line="262" w:lineRule="auto"/>
        <w:ind w:right="288"/>
        <w:rPr>
          <w:lang w:val="ru-RU"/>
        </w:rPr>
      </w:pPr>
      <w:r w:rsidRPr="00186BEE">
        <w:rPr>
          <w:lang w:val="ru-RU"/>
        </w:rPr>
        <w:tab/>
      </w:r>
      <w:r w:rsidRPr="00186BEE">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227D1F" w:rsidRPr="00186BEE" w:rsidRDefault="00186BEE">
      <w:pPr>
        <w:tabs>
          <w:tab w:val="left" w:pos="180"/>
        </w:tabs>
        <w:autoSpaceDE w:val="0"/>
        <w:autoSpaceDN w:val="0"/>
        <w:spacing w:before="70" w:after="0" w:line="262" w:lineRule="auto"/>
        <w:ind w:right="288"/>
        <w:rPr>
          <w:lang w:val="ru-RU"/>
        </w:rPr>
      </w:pPr>
      <w:r w:rsidRPr="00186BEE">
        <w:rPr>
          <w:lang w:val="ru-RU"/>
        </w:rPr>
        <w:tab/>
      </w:r>
      <w:r w:rsidRPr="00186BEE">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227D1F" w:rsidRPr="00186BEE" w:rsidRDefault="00186BEE">
      <w:pPr>
        <w:tabs>
          <w:tab w:val="left" w:pos="180"/>
        </w:tabs>
        <w:autoSpaceDE w:val="0"/>
        <w:autoSpaceDN w:val="0"/>
        <w:spacing w:before="70" w:after="0" w:line="262" w:lineRule="auto"/>
        <w:ind w:right="432"/>
        <w:rPr>
          <w:lang w:val="ru-RU"/>
        </w:rPr>
      </w:pPr>
      <w:r w:rsidRPr="00186BEE">
        <w:rPr>
          <w:lang w:val="ru-RU"/>
        </w:rPr>
        <w:tab/>
      </w:r>
      <w:r w:rsidRPr="00186BEE">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227D1F" w:rsidRPr="00186BEE" w:rsidRDefault="00227D1F">
      <w:pPr>
        <w:rPr>
          <w:lang w:val="ru-RU"/>
        </w:rPr>
        <w:sectPr w:rsidR="00227D1F" w:rsidRPr="00186BEE">
          <w:pgSz w:w="11900" w:h="16840"/>
          <w:pgMar w:top="334" w:right="774" w:bottom="332" w:left="666" w:header="720" w:footer="720" w:gutter="0"/>
          <w:cols w:space="720" w:equalWidth="0">
            <w:col w:w="10460" w:space="0"/>
          </w:cols>
          <w:docGrid w:linePitch="360"/>
        </w:sectPr>
      </w:pPr>
    </w:p>
    <w:p w:rsidR="00227D1F" w:rsidRPr="00186BEE" w:rsidRDefault="00227D1F">
      <w:pPr>
        <w:autoSpaceDE w:val="0"/>
        <w:autoSpaceDN w:val="0"/>
        <w:spacing w:after="66" w:line="220" w:lineRule="exact"/>
        <w:rPr>
          <w:lang w:val="ru-RU"/>
        </w:rPr>
      </w:pPr>
    </w:p>
    <w:p w:rsidR="00227D1F" w:rsidRPr="00186BEE" w:rsidRDefault="00186BEE">
      <w:pPr>
        <w:autoSpaceDE w:val="0"/>
        <w:autoSpaceDN w:val="0"/>
        <w:spacing w:after="0" w:line="230" w:lineRule="auto"/>
        <w:rPr>
          <w:lang w:val="ru-RU"/>
        </w:rPr>
      </w:pPr>
      <w:r w:rsidRPr="00186BEE">
        <w:rPr>
          <w:rFonts w:ascii="Times New Roman" w:eastAsia="Times New Roman" w:hAnsi="Times New Roman"/>
          <w:color w:val="000000"/>
          <w:sz w:val="24"/>
          <w:lang w:val="ru-RU"/>
        </w:rPr>
        <w:t>площади и периметра.</w:t>
      </w:r>
    </w:p>
    <w:p w:rsidR="00227D1F" w:rsidRPr="00186BEE" w:rsidRDefault="00186BEE">
      <w:pPr>
        <w:tabs>
          <w:tab w:val="left" w:pos="180"/>
        </w:tabs>
        <w:autoSpaceDE w:val="0"/>
        <w:autoSpaceDN w:val="0"/>
        <w:spacing w:before="70" w:after="0" w:line="262" w:lineRule="auto"/>
        <w:ind w:right="1584"/>
        <w:rPr>
          <w:lang w:val="ru-RU"/>
        </w:rPr>
      </w:pPr>
      <w:r w:rsidRPr="00186BEE">
        <w:rPr>
          <w:lang w:val="ru-RU"/>
        </w:rPr>
        <w:tab/>
      </w:r>
      <w:r w:rsidRPr="00186BEE">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227D1F" w:rsidRPr="00186BEE" w:rsidRDefault="00186BEE">
      <w:pPr>
        <w:tabs>
          <w:tab w:val="left" w:pos="180"/>
        </w:tabs>
        <w:autoSpaceDE w:val="0"/>
        <w:autoSpaceDN w:val="0"/>
        <w:spacing w:before="70" w:after="0" w:line="262" w:lineRule="auto"/>
        <w:ind w:right="288"/>
        <w:rPr>
          <w:lang w:val="ru-RU"/>
        </w:rPr>
      </w:pPr>
      <w:r w:rsidRPr="00186BEE">
        <w:rPr>
          <w:lang w:val="ru-RU"/>
        </w:rPr>
        <w:tab/>
      </w:r>
      <w:r w:rsidRPr="00186BEE">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227D1F" w:rsidRPr="00186BEE" w:rsidRDefault="00186BEE">
      <w:pPr>
        <w:tabs>
          <w:tab w:val="left" w:pos="180"/>
        </w:tabs>
        <w:autoSpaceDE w:val="0"/>
        <w:autoSpaceDN w:val="0"/>
        <w:spacing w:before="70" w:after="0" w:line="262" w:lineRule="auto"/>
        <w:rPr>
          <w:lang w:val="ru-RU"/>
        </w:rPr>
      </w:pPr>
      <w:r w:rsidRPr="00186BEE">
        <w:rPr>
          <w:lang w:val="ru-RU"/>
        </w:rPr>
        <w:tab/>
      </w:r>
      <w:r w:rsidRPr="00186BEE">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227D1F" w:rsidRPr="00186BEE" w:rsidRDefault="00186BEE">
      <w:pPr>
        <w:tabs>
          <w:tab w:val="left" w:pos="180"/>
        </w:tabs>
        <w:autoSpaceDE w:val="0"/>
        <w:autoSpaceDN w:val="0"/>
        <w:spacing w:before="70" w:after="0" w:line="262" w:lineRule="auto"/>
        <w:ind w:right="576"/>
        <w:rPr>
          <w:lang w:val="ru-RU"/>
        </w:rPr>
      </w:pPr>
      <w:r w:rsidRPr="00186BEE">
        <w:rPr>
          <w:lang w:val="ru-RU"/>
        </w:rPr>
        <w:tab/>
      </w:r>
      <w:r w:rsidRPr="00186BEE">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227D1F" w:rsidRPr="00186BEE" w:rsidRDefault="00186BEE">
      <w:pPr>
        <w:autoSpaceDE w:val="0"/>
        <w:autoSpaceDN w:val="0"/>
        <w:spacing w:before="70" w:after="0" w:line="230" w:lineRule="auto"/>
        <w:ind w:left="180"/>
        <w:rPr>
          <w:lang w:val="ru-RU"/>
        </w:rPr>
      </w:pPr>
      <w:r w:rsidRPr="00186BEE">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227D1F" w:rsidRPr="00186BEE" w:rsidRDefault="00227D1F">
      <w:pPr>
        <w:rPr>
          <w:lang w:val="ru-RU"/>
        </w:rPr>
        <w:sectPr w:rsidR="00227D1F" w:rsidRPr="00186BEE">
          <w:pgSz w:w="11900" w:h="16840"/>
          <w:pgMar w:top="286" w:right="834" w:bottom="1440" w:left="666" w:header="720" w:footer="720" w:gutter="0"/>
          <w:cols w:space="720" w:equalWidth="0">
            <w:col w:w="10400" w:space="0"/>
          </w:cols>
          <w:docGrid w:linePitch="360"/>
        </w:sectPr>
      </w:pPr>
    </w:p>
    <w:p w:rsidR="00227D1F" w:rsidRPr="00186BEE" w:rsidRDefault="00227D1F">
      <w:pPr>
        <w:autoSpaceDE w:val="0"/>
        <w:autoSpaceDN w:val="0"/>
        <w:spacing w:after="64" w:line="220" w:lineRule="exact"/>
        <w:rPr>
          <w:lang w:val="ru-RU"/>
        </w:rPr>
      </w:pPr>
    </w:p>
    <w:p w:rsidR="00227D1F" w:rsidRDefault="00186BEE">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2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ight="288"/>
              <w:rPr>
                <w:lang w:val="ru-RU"/>
              </w:rPr>
            </w:pPr>
            <w:r w:rsidRPr="00186BEE">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44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23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342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4" w:right="144"/>
            </w:pPr>
            <w:r>
              <w:rPr>
                <w:rFonts w:ascii="Times New Roman" w:eastAsia="Times New Roman" w:hAnsi="Times New Roman"/>
                <w:b/>
                <w:color w:val="000000"/>
                <w:w w:val="97"/>
                <w:sz w:val="16"/>
              </w:rPr>
              <w:t>Электронные (цифровые) образовательные ресурсы</w:t>
            </w:r>
          </w:p>
        </w:tc>
      </w:tr>
      <w:tr w:rsidR="00227D1F">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1726"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1726"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1726" w:type="dxa"/>
            <w:vMerge/>
            <w:tcBorders>
              <w:top w:val="single" w:sz="4" w:space="0" w:color="000000"/>
              <w:left w:val="single" w:sz="4" w:space="0" w:color="000000"/>
              <w:bottom w:val="single" w:sz="4" w:space="0" w:color="000000"/>
              <w:right w:val="single" w:sz="5" w:space="0" w:color="000000"/>
            </w:tcBorders>
          </w:tcPr>
          <w:p w:rsidR="00227D1F" w:rsidRDefault="00227D1F"/>
        </w:tc>
        <w:tc>
          <w:tcPr>
            <w:tcW w:w="1726" w:type="dxa"/>
            <w:vMerge/>
            <w:tcBorders>
              <w:top w:val="single" w:sz="4" w:space="0" w:color="000000"/>
              <w:left w:val="single" w:sz="5" w:space="0" w:color="000000"/>
              <w:bottom w:val="single" w:sz="4" w:space="0" w:color="000000"/>
              <w:right w:val="single" w:sz="4" w:space="0" w:color="000000"/>
            </w:tcBorders>
          </w:tcPr>
          <w:p w:rsidR="00227D1F" w:rsidRDefault="00227D1F"/>
        </w:tc>
      </w:tr>
      <w:tr w:rsidR="00227D1F" w:rsidRPr="004C5681">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80" w:after="0" w:line="230" w:lineRule="auto"/>
              <w:ind w:left="72"/>
              <w:rPr>
                <w:lang w:val="ru-RU"/>
              </w:rPr>
            </w:pPr>
            <w:r w:rsidRPr="00186BEE">
              <w:rPr>
                <w:rFonts w:ascii="Times New Roman" w:eastAsia="Times New Roman" w:hAnsi="Times New Roman"/>
                <w:b/>
                <w:color w:val="000000"/>
                <w:w w:val="97"/>
                <w:sz w:val="16"/>
                <w:lang w:val="ru-RU"/>
              </w:rPr>
              <w:t xml:space="preserve">Раздел 1.  </w:t>
            </w:r>
            <w:r w:rsidRPr="00186BEE">
              <w:rPr>
                <w:rFonts w:ascii="Times New Roman" w:eastAsia="Times New Roman" w:hAnsi="Times New Roman"/>
                <w:b/>
                <w:color w:val="221F1F"/>
                <w:w w:val="97"/>
                <w:sz w:val="16"/>
                <w:lang w:val="ru-RU"/>
              </w:rPr>
              <w:t>Натуральные числа. Действия с натуральными числами</w:t>
            </w:r>
          </w:p>
        </w:tc>
      </w:tr>
      <w:tr w:rsidR="00227D1F">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1.1.</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ind w:left="72" w:right="720"/>
            </w:pPr>
            <w:r>
              <w:rPr>
                <w:rFonts w:ascii="Times New Roman" w:eastAsia="Times New Roman" w:hAnsi="Times New Roman"/>
                <w:color w:val="221F1F"/>
                <w:w w:val="97"/>
                <w:sz w:val="16"/>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01.09.2022 02.09.2022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ight="144"/>
              <w:rPr>
                <w:lang w:val="ru-RU"/>
              </w:rPr>
            </w:pPr>
            <w:r w:rsidRPr="00186BEE">
              <w:rPr>
                <w:rFonts w:ascii="Times New Roman" w:eastAsia="Times New Roman" w:hAnsi="Times New Roman"/>
                <w:color w:val="000000"/>
                <w:w w:val="97"/>
                <w:sz w:val="16"/>
                <w:lang w:val="ru-RU"/>
              </w:rPr>
              <w:t>Читать, записывать, сравнивать натуральные числа; предлагать и обсуждать способы упорядочивания чисел;</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https://resh.edu.ru/subject/lesson/7721/start/287636/</w:t>
            </w:r>
          </w:p>
        </w:tc>
      </w:tr>
      <w:tr w:rsidR="00227D1F" w:rsidRPr="004C5681">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1.2.</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221F1F"/>
                <w:w w:val="97"/>
                <w:sz w:val="16"/>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05.09.2022 06.09.2022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000000"/>
                <w:w w:val="97"/>
                <w:sz w:val="16"/>
                <w:lang w:val="ru-RU"/>
              </w:rPr>
              <w:t xml:space="preserve">Исследовать числовые закономерности, выдвигать и </w:t>
            </w:r>
            <w:r w:rsidRPr="00186BEE">
              <w:rPr>
                <w:lang w:val="ru-RU"/>
              </w:rPr>
              <w:br/>
            </w:r>
            <w:r w:rsidRPr="00186BEE">
              <w:rPr>
                <w:rFonts w:ascii="Times New Roman" w:eastAsia="Times New Roman" w:hAnsi="Times New Roman"/>
                <w:color w:val="000000"/>
                <w:w w:val="97"/>
                <w:sz w:val="16"/>
                <w:lang w:val="ru-RU"/>
              </w:rPr>
              <w:t>обосновывать гипотезы, формулировать обобщения и выводы по результатам проведённого исследования;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2" w:lineRule="auto"/>
              <w:ind w:left="72"/>
              <w:rPr>
                <w:lang w:val="ru-RU"/>
              </w:rPr>
            </w:pPr>
            <w:r w:rsidRPr="00186BEE">
              <w:rPr>
                <w:rFonts w:ascii="Times New Roman" w:eastAsia="Times New Roman" w:hAnsi="Times New Roman"/>
                <w:color w:val="000000"/>
                <w:w w:val="97"/>
                <w:sz w:val="16"/>
                <w:lang w:val="ru-RU"/>
              </w:rPr>
              <w:t xml:space="preserve">Устный опрос; 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/7719/</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/316201/</w:t>
            </w:r>
          </w:p>
        </w:tc>
      </w:tr>
      <w:tr w:rsidR="00227D1F" w:rsidRPr="004C5681">
        <w:trPr>
          <w:trHeight w:hRule="exact" w:val="1118"/>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1.3.</w:t>
            </w:r>
          </w:p>
        </w:tc>
        <w:tc>
          <w:tcPr>
            <w:tcW w:w="224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 xml:space="preserve">Натуральный ряд. </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07.09.2022</w:t>
            </w:r>
          </w:p>
        </w:tc>
        <w:tc>
          <w:tcPr>
            <w:tcW w:w="4490"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упорядочивания чисел;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5"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Устный опрос; 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5"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/7719/</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/316201/</w:t>
            </w:r>
          </w:p>
        </w:tc>
      </w:tr>
      <w:tr w:rsidR="00227D1F">
        <w:trPr>
          <w:trHeight w:hRule="exact" w:val="54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jc w:val="center"/>
            </w:pPr>
            <w:r>
              <w:rPr>
                <w:rFonts w:ascii="Times New Roman" w:eastAsia="Times New Roman" w:hAnsi="Times New Roman"/>
                <w:color w:val="000000"/>
                <w:w w:val="97"/>
                <w:sz w:val="16"/>
              </w:rPr>
              <w:t>1.4.</w:t>
            </w:r>
          </w:p>
        </w:tc>
        <w:tc>
          <w:tcPr>
            <w:tcW w:w="224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221F1F"/>
                <w:w w:val="97"/>
                <w:sz w:val="16"/>
              </w:rPr>
              <w:t xml:space="preserve">Число 0. </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jc w:val="center"/>
            </w:pPr>
            <w:r>
              <w:rPr>
                <w:rFonts w:ascii="Times New Roman" w:eastAsia="Times New Roman" w:hAnsi="Times New Roman"/>
                <w:color w:val="000000"/>
                <w:w w:val="97"/>
                <w:sz w:val="16"/>
              </w:rPr>
              <w:t>08.09.2022</w:t>
            </w:r>
          </w:p>
        </w:tc>
        <w:tc>
          <w:tcPr>
            <w:tcW w:w="449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4" w:after="0" w:line="245" w:lineRule="auto"/>
              <w:ind w:left="72" w:right="432"/>
              <w:rPr>
                <w:lang w:val="ru-RU"/>
              </w:rPr>
            </w:pPr>
            <w:r w:rsidRPr="00186BEE">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236" w:type="dxa"/>
            <w:tcBorders>
              <w:top w:val="single" w:sz="5"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4"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4"/>
            </w:pPr>
            <w:r>
              <w:rPr>
                <w:rFonts w:ascii="Times New Roman" w:eastAsia="Times New Roman" w:hAnsi="Times New Roman"/>
                <w:color w:val="000000"/>
                <w:w w:val="97"/>
                <w:sz w:val="16"/>
              </w:rPr>
              <w:t>uchi.ru</w:t>
            </w:r>
          </w:p>
        </w:tc>
      </w:tr>
      <w:tr w:rsidR="00227D1F">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ight="576"/>
              <w:rPr>
                <w:lang w:val="ru-RU"/>
              </w:rPr>
            </w:pPr>
            <w:r w:rsidRPr="00186BEE">
              <w:rPr>
                <w:rFonts w:ascii="Times New Roman" w:eastAsia="Times New Roman" w:hAnsi="Times New Roman"/>
                <w:color w:val="221F1F"/>
                <w:w w:val="97"/>
                <w:sz w:val="16"/>
                <w:lang w:val="ru-RU"/>
              </w:rPr>
              <w:t>Натуральные числа на координатной прямой.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09.09.2022 12.09.2022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ight="144"/>
              <w:rPr>
                <w:lang w:val="ru-RU"/>
              </w:rPr>
            </w:pPr>
            <w:r w:rsidRPr="00186BEE">
              <w:rPr>
                <w:rFonts w:ascii="Times New Roman" w:eastAsia="Times New Roman" w:hAnsi="Times New Roman"/>
                <w:color w:val="000000"/>
                <w:w w:val="97"/>
                <w:sz w:val="16"/>
                <w:lang w:val="ru-RU"/>
              </w:rPr>
              <w:t xml:space="preserve">Изображать координатную прямую, отмечать числа точками на координатной прямой, находить координаты точки;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https://resh.edu.ru/subject/lesson/7718/start/316232/</w:t>
            </w:r>
          </w:p>
        </w:tc>
      </w:tr>
      <w:tr w:rsidR="00227D1F" w:rsidRPr="004C5681">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ind w:left="72" w:right="576"/>
            </w:pPr>
            <w:r>
              <w:rPr>
                <w:rFonts w:ascii="Times New Roman" w:eastAsia="Times New Roman" w:hAnsi="Times New Roman"/>
                <w:color w:val="221F1F"/>
                <w:w w:val="97"/>
                <w:sz w:val="16"/>
              </w:rPr>
              <w:t>Сравнение, округление натуральныхчисел.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13.09.2022 19.09.2022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ight="144"/>
              <w:rPr>
                <w:lang w:val="ru-RU"/>
              </w:rPr>
            </w:pPr>
            <w:r w:rsidRPr="00186BEE">
              <w:rPr>
                <w:rFonts w:ascii="Times New Roman" w:eastAsia="Times New Roman" w:hAnsi="Times New Roman"/>
                <w:color w:val="000000"/>
                <w:w w:val="97"/>
                <w:sz w:val="16"/>
                <w:lang w:val="ru-RU"/>
              </w:rPr>
              <w:t xml:space="preserve">Читать, записывать, сравнивать натуральные числа; предлагать и обсуждать способы упорядочивания чисел; </w:t>
            </w:r>
            <w:r w:rsidRPr="00186BEE">
              <w:rPr>
                <w:lang w:val="ru-RU"/>
              </w:rPr>
              <w:br/>
            </w:r>
            <w:r w:rsidRPr="00186BEE">
              <w:rPr>
                <w:rFonts w:ascii="Times New Roman" w:eastAsia="Times New Roman" w:hAnsi="Times New Roman"/>
                <w:color w:val="000000"/>
                <w:w w:val="97"/>
                <w:sz w:val="16"/>
                <w:lang w:val="ru-RU"/>
              </w:rPr>
              <w:t xml:space="preserve">Использовать правило округления натуральных чисел; </w:t>
            </w:r>
            <w:r w:rsidRPr="00186BEE">
              <w:rPr>
                <w:lang w:val="ru-RU"/>
              </w:rPr>
              <w:br/>
            </w:r>
            <w:r w:rsidRPr="00186BEE">
              <w:rPr>
                <w:rFonts w:ascii="Times New Roman" w:eastAsia="Times New Roman" w:hAnsi="Times New Roman"/>
                <w:color w:val="000000"/>
                <w:w w:val="97"/>
                <w:sz w:val="16"/>
                <w:lang w:val="ru-RU"/>
              </w:rPr>
              <w:t>Выполнять прикидку и оценку значений числовых выражений, предлагать и применять приёмы проверки вычислений;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/7718/</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/316232/</w:t>
            </w:r>
          </w:p>
        </w:tc>
      </w:tr>
      <w:tr w:rsidR="00227D1F">
        <w:trPr>
          <w:trHeight w:hRule="exact" w:val="173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1.7.</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ight="144"/>
              <w:rPr>
                <w:lang w:val="ru-RU"/>
              </w:rPr>
            </w:pPr>
            <w:r w:rsidRPr="00186BEE">
              <w:rPr>
                <w:rFonts w:ascii="Times New Roman" w:eastAsia="Times New Roman" w:hAnsi="Times New Roman"/>
                <w:color w:val="221F1F"/>
                <w:w w:val="97"/>
                <w:sz w:val="16"/>
                <w:lang w:val="ru-RU"/>
              </w:rPr>
              <w:t>Арифметические действия с натуральными числами.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20.09.2022 30.09.2022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Pr>
                <w:lang w:val="ru-RU"/>
              </w:rPr>
            </w:pPr>
            <w:r w:rsidRPr="00186BEE">
              <w:rPr>
                <w:rFonts w:ascii="Times New Roman" w:eastAsia="Times New Roman" w:hAnsi="Times New Roman"/>
                <w:color w:val="000000"/>
                <w:w w:val="97"/>
                <w:sz w:val="16"/>
                <w:lang w:val="ru-RU"/>
              </w:rPr>
              <w:t xml:space="preserve">Выполнять арифметические действия с натуральными числами, вычислять значения числовых выражений со скобками и без скобок; </w:t>
            </w:r>
            <w:r w:rsidRPr="00186BEE">
              <w:rPr>
                <w:lang w:val="ru-RU"/>
              </w:rPr>
              <w:br/>
            </w:r>
            <w:r w:rsidRPr="00186BEE">
              <w:rPr>
                <w:rFonts w:ascii="Times New Roman" w:eastAsia="Times New Roman" w:hAnsi="Times New Roman"/>
                <w:color w:val="000000"/>
                <w:w w:val="97"/>
                <w:sz w:val="16"/>
                <w:lang w:val="ru-RU"/>
              </w:rPr>
              <w:t xml:space="preserve">Выполнять прикидку и оценку значений числовых выражений, предлагать и применять приёмы проверки вычислений;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7" w:lineRule="auto"/>
              <w:ind w:left="74" w:right="72"/>
              <w:jc w:val="both"/>
            </w:pPr>
            <w:r>
              <w:rPr>
                <w:rFonts w:ascii="Times New Roman" w:eastAsia="Times New Roman" w:hAnsi="Times New Roman"/>
                <w:color w:val="000000"/>
                <w:w w:val="97"/>
                <w:sz w:val="16"/>
              </w:rPr>
              <w:t>https://resh.edu.ru/subject/lesson/7723/start/272294/ https://resh.edu.ru/subject/lesson/7717/start/235285/ uchi.ru</w:t>
            </w:r>
          </w:p>
        </w:tc>
      </w:tr>
      <w:tr w:rsidR="00227D1F">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1.8.</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94"/>
              <w:jc w:val="both"/>
              <w:rPr>
                <w:lang w:val="ru-RU"/>
              </w:rPr>
            </w:pPr>
            <w:r w:rsidRPr="00186BEE">
              <w:rPr>
                <w:rFonts w:ascii="Times New Roman" w:eastAsia="Times New Roman" w:hAnsi="Times New Roman"/>
                <w:color w:val="221F1F"/>
                <w:w w:val="97"/>
                <w:sz w:val="16"/>
                <w:lang w:val="ru-RU"/>
              </w:rPr>
              <w:t>Свойства нуля при сложении и умножении, свойства единицы при умножении.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03.10.2022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ight="432"/>
              <w:rPr>
                <w:lang w:val="ru-RU"/>
              </w:rPr>
            </w:pPr>
            <w:r w:rsidRPr="00186BEE">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4"/>
            </w:pPr>
            <w:r>
              <w:rPr>
                <w:rFonts w:ascii="Times New Roman" w:eastAsia="Times New Roman" w:hAnsi="Times New Roman"/>
                <w:color w:val="000000"/>
                <w:w w:val="97"/>
                <w:sz w:val="16"/>
              </w:rPr>
              <w:t>Авторская презентация</w:t>
            </w:r>
          </w:p>
        </w:tc>
      </w:tr>
    </w:tbl>
    <w:p w:rsidR="00227D1F" w:rsidRDefault="00227D1F">
      <w:pPr>
        <w:autoSpaceDE w:val="0"/>
        <w:autoSpaceDN w:val="0"/>
        <w:spacing w:after="0" w:line="14" w:lineRule="exact"/>
      </w:pPr>
    </w:p>
    <w:p w:rsidR="00227D1F" w:rsidRDefault="00227D1F">
      <w:pPr>
        <w:sectPr w:rsidR="00227D1F">
          <w:pgSz w:w="16840" w:h="11900"/>
          <w:pgMar w:top="282" w:right="640" w:bottom="502" w:left="666" w:header="720" w:footer="720" w:gutter="0"/>
          <w:cols w:space="720" w:equalWidth="0">
            <w:col w:w="1553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trPr>
          <w:trHeight w:hRule="exact" w:val="207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1.9.</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221F1F"/>
                <w:w w:val="97"/>
                <w:sz w:val="16"/>
                <w:lang w:val="ru-RU"/>
              </w:rPr>
              <w:t xml:space="preserve">Переместительное и </w:t>
            </w:r>
            <w:r w:rsidRPr="00186BEE">
              <w:rPr>
                <w:lang w:val="ru-RU"/>
              </w:rPr>
              <w:br/>
            </w:r>
            <w:r w:rsidRPr="00186BEE">
              <w:rPr>
                <w:rFonts w:ascii="Times New Roman" w:eastAsia="Times New Roman" w:hAnsi="Times New Roman"/>
                <w:color w:val="221F1F"/>
                <w:w w:val="97"/>
                <w:sz w:val="16"/>
                <w:lang w:val="ru-RU"/>
              </w:rPr>
              <w:t xml:space="preserve">сочетательное свойства </w:t>
            </w:r>
            <w:r w:rsidRPr="00186BEE">
              <w:rPr>
                <w:lang w:val="ru-RU"/>
              </w:rPr>
              <w:br/>
            </w:r>
            <w:r w:rsidRPr="00186BEE">
              <w:rPr>
                <w:rFonts w:ascii="Times New Roman" w:eastAsia="Times New Roman" w:hAnsi="Times New Roman"/>
                <w:color w:val="221F1F"/>
                <w:w w:val="97"/>
                <w:sz w:val="16"/>
                <w:lang w:val="ru-RU"/>
              </w:rPr>
              <w:t xml:space="preserve">сложения и умножения, </w:t>
            </w:r>
            <w:r w:rsidRPr="00186BEE">
              <w:rPr>
                <w:lang w:val="ru-RU"/>
              </w:rPr>
              <w:br/>
            </w:r>
            <w:r w:rsidRPr="00186BEE">
              <w:rPr>
                <w:rFonts w:ascii="Times New Roman" w:eastAsia="Times New Roman" w:hAnsi="Times New Roman"/>
                <w:color w:val="221F1F"/>
                <w:w w:val="97"/>
                <w:sz w:val="16"/>
                <w:lang w:val="ru-RU"/>
              </w:rPr>
              <w:t>распределительное 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04.10.2022 07.10.2022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144"/>
              <w:rPr>
                <w:lang w:val="ru-RU"/>
              </w:rPr>
            </w:pPr>
            <w:r w:rsidRPr="00186BEE">
              <w:rPr>
                <w:rFonts w:ascii="Times New Roman" w:eastAsia="Times New Roman" w:hAnsi="Times New Roman"/>
                <w:color w:val="000000"/>
                <w:w w:val="97"/>
                <w:sz w:val="16"/>
                <w:lang w:val="ru-RU"/>
              </w:rPr>
              <w:t xml:space="preserve">Использовать при вычислениях переместительное и </w:t>
            </w:r>
            <w:r w:rsidRPr="00186BEE">
              <w:rPr>
                <w:lang w:val="ru-RU"/>
              </w:rPr>
              <w:br/>
            </w:r>
            <w:r w:rsidRPr="00186BEE">
              <w:rPr>
                <w:rFonts w:ascii="Times New Roman" w:eastAsia="Times New Roman" w:hAnsi="Times New Roman"/>
                <w:color w:val="000000"/>
                <w:w w:val="97"/>
                <w:sz w:val="16"/>
                <w:lang w:val="ru-RU"/>
              </w:rPr>
              <w:t xml:space="preserve">сочетательное свойства сложения и умножения, </w:t>
            </w:r>
            <w:r w:rsidRPr="00186BEE">
              <w:rPr>
                <w:lang w:val="ru-RU"/>
              </w:rPr>
              <w:br/>
            </w:r>
            <w:r w:rsidRPr="00186BEE">
              <w:rPr>
                <w:rFonts w:ascii="Times New Roman" w:eastAsia="Times New Roman" w:hAnsi="Times New Roman"/>
                <w:color w:val="000000"/>
                <w:w w:val="97"/>
                <w:sz w:val="16"/>
                <w:lang w:val="ru-RU"/>
              </w:rPr>
              <w:t xml:space="preserve">распределительное свойство умножения; </w:t>
            </w:r>
            <w:r w:rsidRPr="00186BEE">
              <w:rPr>
                <w:lang w:val="ru-RU"/>
              </w:rPr>
              <w:br/>
            </w:r>
            <w:r w:rsidRPr="00186BEE">
              <w:rPr>
                <w:rFonts w:ascii="Times New Roman" w:eastAsia="Times New Roman" w:hAnsi="Times New Roman"/>
                <w:color w:val="000000"/>
                <w:w w:val="97"/>
                <w:sz w:val="16"/>
                <w:lang w:val="ru-RU"/>
              </w:rPr>
              <w:t xml:space="preserve">Распознавать истинные и ложные высказывания о натуральных числах, приводить примеры и контр- примеры, строить </w:t>
            </w:r>
            <w:r w:rsidRPr="00186BEE">
              <w:rPr>
                <w:lang w:val="ru-RU"/>
              </w:rPr>
              <w:br/>
            </w:r>
            <w:r w:rsidRPr="00186BEE">
              <w:rPr>
                <w:rFonts w:ascii="Times New Roman" w:eastAsia="Times New Roman" w:hAnsi="Times New Roman"/>
                <w:color w:val="000000"/>
                <w:w w:val="97"/>
                <w:sz w:val="16"/>
                <w:lang w:val="ru-RU"/>
              </w:rPr>
              <w:t xml:space="preserve">высказывания и отрицания высказываний о свойствах </w:t>
            </w:r>
            <w:r w:rsidRPr="00186BEE">
              <w:rPr>
                <w:lang w:val="ru-RU"/>
              </w:rPr>
              <w:br/>
            </w:r>
            <w:r w:rsidRPr="00186BEE">
              <w:rPr>
                <w:rFonts w:ascii="Times New Roman" w:eastAsia="Times New Roman" w:hAnsi="Times New Roman"/>
                <w:color w:val="000000"/>
                <w:w w:val="97"/>
                <w:sz w:val="16"/>
                <w:lang w:val="ru-RU"/>
              </w:rPr>
              <w:t xml:space="preserve">натуральных чисел;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Тестирование;</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4"/>
            </w:pPr>
            <w:r>
              <w:rPr>
                <w:rFonts w:ascii="Times New Roman" w:eastAsia="Times New Roman" w:hAnsi="Times New Roman"/>
                <w:color w:val="000000"/>
                <w:w w:val="97"/>
                <w:sz w:val="16"/>
              </w:rPr>
              <w:t>uchi.ru</w:t>
            </w:r>
          </w:p>
        </w:tc>
      </w:tr>
      <w:tr w:rsidR="00227D1F" w:rsidRPr="004C5681">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1.10.</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288"/>
              <w:rPr>
                <w:lang w:val="ru-RU"/>
              </w:rPr>
            </w:pPr>
            <w:r w:rsidRPr="00186BEE">
              <w:rPr>
                <w:rFonts w:ascii="Times New Roman" w:eastAsia="Times New Roman" w:hAnsi="Times New Roman"/>
                <w:color w:val="221F1F"/>
                <w:w w:val="97"/>
                <w:sz w:val="16"/>
                <w:lang w:val="ru-RU"/>
              </w:rPr>
              <w:t xml:space="preserve">Делители и кратные числа, разложение числа на </w:t>
            </w:r>
            <w:r w:rsidRPr="00186BEE">
              <w:rPr>
                <w:lang w:val="ru-RU"/>
              </w:rPr>
              <w:br/>
            </w:r>
            <w:r w:rsidRPr="00186BEE">
              <w:rPr>
                <w:rFonts w:ascii="Times New Roman" w:eastAsia="Times New Roman" w:hAnsi="Times New Roman"/>
                <w:color w:val="221F1F"/>
                <w:w w:val="97"/>
                <w:sz w:val="16"/>
                <w:lang w:val="ru-RU"/>
              </w:rPr>
              <w:t>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10.10.2022 13.10.2022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ight="144"/>
              <w:rPr>
                <w:lang w:val="ru-RU"/>
              </w:rPr>
            </w:pPr>
            <w:r w:rsidRPr="00186BEE">
              <w:rPr>
                <w:rFonts w:ascii="Times New Roman" w:eastAsia="Times New Roman" w:hAnsi="Times New Roman"/>
                <w:color w:val="000000"/>
                <w:w w:val="97"/>
                <w:sz w:val="16"/>
                <w:lang w:val="ru-RU"/>
              </w:rPr>
              <w:t xml:space="preserve">Исследовать числовые закономерности, выдвигать и </w:t>
            </w:r>
            <w:r w:rsidRPr="00186BEE">
              <w:rPr>
                <w:lang w:val="ru-RU"/>
              </w:rPr>
              <w:br/>
            </w:r>
            <w:r w:rsidRPr="00186BEE">
              <w:rPr>
                <w:rFonts w:ascii="Times New Roman" w:eastAsia="Times New Roman" w:hAnsi="Times New Roman"/>
                <w:color w:val="000000"/>
                <w:w w:val="97"/>
                <w:sz w:val="16"/>
                <w:lang w:val="ru-RU"/>
              </w:rPr>
              <w:t xml:space="preserve">обосновывать гипотезы, формулировать обобщения и выводы по результатам проведённого исследования; </w:t>
            </w:r>
            <w:r w:rsidRPr="00186BEE">
              <w:rPr>
                <w:lang w:val="ru-RU"/>
              </w:rPr>
              <w:br/>
            </w:r>
            <w:r w:rsidRPr="00186BEE">
              <w:rPr>
                <w:rFonts w:ascii="Times New Roman" w:eastAsia="Times New Roman" w:hAnsi="Times New Roman"/>
                <w:color w:val="000000"/>
                <w:w w:val="97"/>
                <w:sz w:val="16"/>
                <w:lang w:val="ru-RU"/>
              </w:rPr>
              <w:t>Критически оценивать полученный результат, осуществлять самоконтроль, проверяя ответ на соответствие условию, 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Диктант;</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4" w:right="1296"/>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/12/5 Авторская презентация</w:t>
            </w:r>
          </w:p>
        </w:tc>
      </w:tr>
      <w:tr w:rsidR="00227D1F">
        <w:trPr>
          <w:trHeight w:hRule="exact" w:val="169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1.11.</w:t>
            </w:r>
          </w:p>
        </w:tc>
        <w:tc>
          <w:tcPr>
            <w:tcW w:w="224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 xml:space="preserve">Деление с остатком. </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14.10.2022 17.10.2022</w:t>
            </w:r>
          </w:p>
        </w:tc>
        <w:tc>
          <w:tcPr>
            <w:tcW w:w="4490"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Исследовать числовые закономерности, выдвигать и </w:t>
            </w:r>
            <w:r w:rsidRPr="00186BEE">
              <w:rPr>
                <w:lang w:val="ru-RU"/>
              </w:rPr>
              <w:br/>
            </w:r>
            <w:r w:rsidRPr="00186BEE">
              <w:rPr>
                <w:rFonts w:ascii="Times New Roman" w:eastAsia="Times New Roman" w:hAnsi="Times New Roman"/>
                <w:color w:val="000000"/>
                <w:w w:val="97"/>
                <w:sz w:val="16"/>
                <w:lang w:val="ru-RU"/>
              </w:rPr>
              <w:t xml:space="preserve">обосновывать гипотезы, формулировать обобщения и выводы по результатам проведённого исследования; </w:t>
            </w:r>
            <w:r w:rsidRPr="00186BEE">
              <w:rPr>
                <w:lang w:val="ru-RU"/>
              </w:rPr>
              <w:br/>
            </w:r>
            <w:r w:rsidRPr="00186BEE">
              <w:rPr>
                <w:rFonts w:ascii="Times New Roman" w:eastAsia="Times New Roman" w:hAnsi="Times New Roman"/>
                <w:color w:val="000000"/>
                <w:w w:val="97"/>
                <w:sz w:val="16"/>
                <w:lang w:val="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236" w:type="dxa"/>
            <w:tcBorders>
              <w:top w:val="single" w:sz="4" w:space="0" w:color="000000"/>
              <w:left w:val="single" w:sz="4" w:space="0" w:color="000000"/>
              <w:bottom w:val="single" w:sz="5" w:space="0" w:color="000000"/>
              <w:right w:val="single" w:sz="5" w:space="0" w:color="000000"/>
            </w:tcBorders>
            <w:tcMar>
              <w:left w:w="0" w:type="dxa"/>
              <w:right w:w="0" w:type="dxa"/>
            </w:tcMar>
          </w:tcPr>
          <w:p w:rsidR="00227D1F" w:rsidRDefault="00186BEE">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5" w:space="0" w:color="000000"/>
              <w:right w:val="single" w:sz="4" w:space="0" w:color="000000"/>
            </w:tcBorders>
            <w:tcMar>
              <w:left w:w="0" w:type="dxa"/>
              <w:right w:w="0" w:type="dxa"/>
            </w:tcMar>
          </w:tcPr>
          <w:p w:rsidR="00227D1F" w:rsidRDefault="004C5681">
            <w:pPr>
              <w:autoSpaceDE w:val="0"/>
              <w:autoSpaceDN w:val="0"/>
              <w:spacing w:before="76" w:after="0" w:line="233" w:lineRule="auto"/>
              <w:jc w:val="center"/>
            </w:pPr>
            <w:r>
              <w:rPr>
                <w:rFonts w:ascii="Times New Roman" w:eastAsia="Times New Roman" w:hAnsi="Times New Roman"/>
                <w:color w:val="000000"/>
                <w:w w:val="97"/>
                <w:sz w:val="16"/>
              </w:rPr>
              <w:t>https://rec</w:t>
            </w:r>
            <w:r w:rsidR="00186BEE">
              <w:rPr>
                <w:rFonts w:ascii="Times New Roman" w:eastAsia="Times New Roman" w:hAnsi="Times New Roman"/>
                <w:color w:val="000000"/>
                <w:w w:val="97"/>
                <w:sz w:val="16"/>
              </w:rPr>
              <w:t>h.edu.ru/subject/lesson/7709/start/325151/</w:t>
            </w:r>
          </w:p>
        </w:tc>
      </w:tr>
      <w:tr w:rsidR="00227D1F">
        <w:trPr>
          <w:trHeight w:hRule="exact" w:val="92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jc w:val="center"/>
            </w:pPr>
            <w:r>
              <w:rPr>
                <w:rFonts w:ascii="Times New Roman" w:eastAsia="Times New Roman" w:hAnsi="Times New Roman"/>
                <w:color w:val="000000"/>
                <w:w w:val="97"/>
                <w:sz w:val="16"/>
              </w:rPr>
              <w:t>1.12.</w:t>
            </w:r>
          </w:p>
        </w:tc>
        <w:tc>
          <w:tcPr>
            <w:tcW w:w="224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221F1F"/>
                <w:w w:val="97"/>
                <w:sz w:val="16"/>
              </w:rPr>
              <w:t>Простые и составные числа.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jc w:val="center"/>
            </w:pPr>
            <w:r>
              <w:rPr>
                <w:rFonts w:ascii="Times New Roman" w:eastAsia="Times New Roman" w:hAnsi="Times New Roman"/>
                <w:color w:val="000000"/>
                <w:w w:val="97"/>
                <w:sz w:val="16"/>
              </w:rPr>
              <w:t>18.10.2022</w:t>
            </w:r>
          </w:p>
        </w:tc>
        <w:tc>
          <w:tcPr>
            <w:tcW w:w="449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4" w:after="0" w:line="250" w:lineRule="auto"/>
              <w:ind w:left="72" w:right="144"/>
              <w:rPr>
                <w:lang w:val="ru-RU"/>
              </w:rPr>
            </w:pPr>
            <w:r w:rsidRPr="00186BEE">
              <w:rPr>
                <w:rFonts w:ascii="Times New Roman" w:eastAsia="Times New Roman" w:hAnsi="Times New Roman"/>
                <w:color w:val="000000"/>
                <w:w w:val="97"/>
                <w:sz w:val="16"/>
                <w:lang w:val="ru-RU"/>
              </w:rPr>
              <w:t xml:space="preserve">Распознавать истинные и ложные высказывания о натуральных числах, приводить примеры и контр- примеры, строить </w:t>
            </w:r>
            <w:r w:rsidRPr="00186BEE">
              <w:rPr>
                <w:lang w:val="ru-RU"/>
              </w:rPr>
              <w:br/>
            </w:r>
            <w:r w:rsidRPr="00186BEE">
              <w:rPr>
                <w:rFonts w:ascii="Times New Roman" w:eastAsia="Times New Roman" w:hAnsi="Times New Roman"/>
                <w:color w:val="000000"/>
                <w:w w:val="97"/>
                <w:sz w:val="16"/>
                <w:lang w:val="ru-RU"/>
              </w:rPr>
              <w:t xml:space="preserve">высказывания и отрицания высказываний о свойствах </w:t>
            </w:r>
            <w:r w:rsidRPr="00186BEE">
              <w:rPr>
                <w:lang w:val="ru-RU"/>
              </w:rPr>
              <w:br/>
            </w:r>
            <w:r w:rsidRPr="00186BEE">
              <w:rPr>
                <w:rFonts w:ascii="Times New Roman" w:eastAsia="Times New Roman" w:hAnsi="Times New Roman"/>
                <w:color w:val="000000"/>
                <w:w w:val="97"/>
                <w:sz w:val="16"/>
                <w:lang w:val="ru-RU"/>
              </w:rPr>
              <w:t>натуральных чисел;</w:t>
            </w:r>
          </w:p>
        </w:tc>
        <w:tc>
          <w:tcPr>
            <w:tcW w:w="1236" w:type="dxa"/>
            <w:tcBorders>
              <w:top w:val="single" w:sz="5"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4"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jc w:val="center"/>
            </w:pPr>
            <w:r>
              <w:rPr>
                <w:rFonts w:ascii="Times New Roman" w:eastAsia="Times New Roman" w:hAnsi="Times New Roman"/>
                <w:color w:val="000000"/>
                <w:w w:val="97"/>
                <w:sz w:val="16"/>
              </w:rPr>
              <w:t>https://resh.edu.ru/subject/lesson/7749/start/313626/</w:t>
            </w:r>
          </w:p>
        </w:tc>
      </w:tr>
      <w:tr w:rsidR="00227D1F">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1.13.</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ind w:left="72" w:right="144"/>
            </w:pPr>
            <w:r>
              <w:rPr>
                <w:rFonts w:ascii="Times New Roman" w:eastAsia="Times New Roman" w:hAnsi="Times New Roman"/>
                <w:color w:val="221F1F"/>
                <w:w w:val="97"/>
                <w:sz w:val="16"/>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19.10.2022 21.10.2022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Pr>
                <w:lang w:val="ru-RU"/>
              </w:rPr>
            </w:pPr>
            <w:r w:rsidRPr="00186BEE">
              <w:rPr>
                <w:rFonts w:ascii="Times New Roman" w:eastAsia="Times New Roman" w:hAnsi="Times New Roman"/>
                <w:color w:val="000000"/>
                <w:w w:val="97"/>
                <w:sz w:val="16"/>
                <w:lang w:val="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https://resh.edu.ru/subject/lesson/7750/start/325275/</w:t>
            </w:r>
          </w:p>
        </w:tc>
      </w:tr>
      <w:tr w:rsidR="00227D1F" w:rsidRPr="004C5681">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1.14.</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right="576"/>
            </w:pPr>
            <w:r>
              <w:rPr>
                <w:rFonts w:ascii="Times New Roman" w:eastAsia="Times New Roman" w:hAnsi="Times New Roman"/>
                <w:color w:val="221F1F"/>
                <w:w w:val="97"/>
                <w:sz w:val="16"/>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24.10.2022 25.10.2022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7" w:lineRule="auto"/>
              <w:ind w:left="72"/>
            </w:pPr>
            <w:r w:rsidRPr="00186BEE">
              <w:rPr>
                <w:rFonts w:ascii="Times New Roman" w:eastAsia="Times New Roman" w:hAnsi="Times New Roman"/>
                <w:color w:val="000000"/>
                <w:w w:val="97"/>
                <w:sz w:val="16"/>
                <w:lang w:val="ru-RU"/>
              </w:rPr>
              <w:t xml:space="preserve">Записывать произведение в виде степени, читать степени, </w:t>
            </w:r>
            <w:r w:rsidRPr="00186BEE">
              <w:rPr>
                <w:lang w:val="ru-RU"/>
              </w:rPr>
              <w:br/>
            </w:r>
            <w:r w:rsidRPr="00186BEE">
              <w:rPr>
                <w:rFonts w:ascii="Times New Roman" w:eastAsia="Times New Roman" w:hAnsi="Times New Roman"/>
                <w:color w:val="000000"/>
                <w:w w:val="97"/>
                <w:sz w:val="16"/>
                <w:lang w:val="ru-RU"/>
              </w:rPr>
              <w:t xml:space="preserve">использовать терминологию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основание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показатель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вычислять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значения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степеней</w:t>
            </w:r>
            <w:proofErr w:type="spellEnd"/>
            <w:r>
              <w:rPr>
                <w:rFonts w:ascii="Times New Roman" w:eastAsia="Times New Roman" w:hAnsi="Times New Roman"/>
                <w:color w:val="000000"/>
                <w:w w:val="97"/>
                <w:sz w:val="16"/>
              </w:rPr>
              <w:t>;</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/7751/</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/234293/</w:t>
            </w:r>
          </w:p>
        </w:tc>
      </w:tr>
      <w:tr w:rsidR="00227D1F">
        <w:trPr>
          <w:trHeight w:hRule="exact" w:val="12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1.15.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pPr>
            <w:r>
              <w:rPr>
                <w:rFonts w:ascii="Times New Roman" w:eastAsia="Times New Roman" w:hAnsi="Times New Roman"/>
                <w:color w:val="221F1F"/>
                <w:w w:val="97"/>
                <w:sz w:val="16"/>
              </w:rPr>
              <w:t>Числовые выражения; порядок действий.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26.10.2022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Выполнять арифметические действия с натуральными числами, вычислять значения числовых выражений со скобками и без скобок;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https://resh.edu.ru/subject/lesson/7708/start/325182/</w:t>
            </w:r>
          </w:p>
        </w:tc>
      </w:tr>
    </w:tbl>
    <w:p w:rsidR="00227D1F" w:rsidRDefault="00227D1F">
      <w:pPr>
        <w:autoSpaceDE w:val="0"/>
        <w:autoSpaceDN w:val="0"/>
        <w:spacing w:after="0" w:line="14" w:lineRule="exact"/>
      </w:pPr>
    </w:p>
    <w:p w:rsidR="00227D1F" w:rsidRDefault="00227D1F">
      <w:pPr>
        <w:sectPr w:rsidR="00227D1F">
          <w:pgSz w:w="16840" w:h="11900"/>
          <w:pgMar w:top="284" w:right="640" w:bottom="694" w:left="666" w:header="720" w:footer="720" w:gutter="0"/>
          <w:cols w:space="720" w:equalWidth="0">
            <w:col w:w="1553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rsidRPr="004C5681">
        <w:trPr>
          <w:trHeight w:hRule="exact" w:val="18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1.16.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7" w:lineRule="auto"/>
              <w:ind w:left="72"/>
              <w:rPr>
                <w:lang w:val="ru-RU"/>
              </w:rPr>
            </w:pPr>
            <w:r w:rsidRPr="00186BEE">
              <w:rPr>
                <w:rFonts w:ascii="Times New Roman" w:eastAsia="Times New Roman" w:hAnsi="Times New Roman"/>
                <w:color w:val="221F1F"/>
                <w:w w:val="97"/>
                <w:sz w:val="16"/>
                <w:lang w:val="ru-RU"/>
              </w:rPr>
              <w:t>Решение текстовых задач на все арифметические действия, на движение и покупки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27.10.2022 07.11.2022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Pr>
                <w:lang w:val="ru-RU"/>
              </w:rPr>
            </w:pPr>
            <w:r w:rsidRPr="00186BEE">
              <w:rPr>
                <w:rFonts w:ascii="Times New Roman" w:eastAsia="Times New Roman" w:hAnsi="Times New Roman"/>
                <w:color w:val="000000"/>
                <w:w w:val="97"/>
                <w:sz w:val="16"/>
                <w:lang w:val="ru-RU"/>
              </w:rPr>
              <w:t xml:space="preserve">Решать текстовые задачи арифметическим способом, </w:t>
            </w:r>
            <w:r w:rsidRPr="00186BEE">
              <w:rPr>
                <w:lang w:val="ru-RU"/>
              </w:rPr>
              <w:br/>
            </w:r>
            <w:r w:rsidRPr="00186BEE">
              <w:rPr>
                <w:rFonts w:ascii="Times New Roman" w:eastAsia="Times New Roman" w:hAnsi="Times New Roman"/>
                <w:color w:val="000000"/>
                <w:w w:val="97"/>
                <w:sz w:val="16"/>
                <w:lang w:val="ru-RU"/>
              </w:rPr>
              <w:t xml:space="preserve">использовать зависимости между величинами (скорость, время, расстояние; цена, количество, стоимость и др.): анализировать и осмысливать текст задачи, переформулировать условие, </w:t>
            </w:r>
            <w:r w:rsidRPr="00186BEE">
              <w:rPr>
                <w:lang w:val="ru-RU"/>
              </w:rPr>
              <w:br/>
            </w:r>
            <w:r w:rsidRPr="00186BEE">
              <w:rPr>
                <w:rFonts w:ascii="Times New Roman" w:eastAsia="Times New Roman" w:hAnsi="Times New Roman"/>
                <w:color w:val="000000"/>
                <w:w w:val="97"/>
                <w:sz w:val="16"/>
                <w:lang w:val="ru-RU"/>
              </w:rPr>
              <w:t xml:space="preserve">извлекать необходимые данные, устанавливать зависимости между величинами, строить логическую цепочку рассуждений; 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/7707/</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/233766/</w:t>
            </w:r>
          </w:p>
        </w:tc>
      </w:tr>
      <w:tr w:rsidR="00227D1F">
        <w:trPr>
          <w:trHeight w:hRule="exact" w:val="350"/>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30" w:lineRule="auto"/>
              <w:ind w:left="72"/>
            </w:pPr>
            <w:r>
              <w:rPr>
                <w:rFonts w:ascii="Times New Roman" w:eastAsia="Times New Roman" w:hAnsi="Times New Roman"/>
                <w:color w:val="000000"/>
                <w:w w:val="97"/>
                <w:sz w:val="16"/>
              </w:rPr>
              <w:t>43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rsidRPr="004C5681">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ind w:left="72"/>
              <w:rPr>
                <w:lang w:val="ru-RU"/>
              </w:rPr>
            </w:pPr>
            <w:r w:rsidRPr="00186BEE">
              <w:rPr>
                <w:rFonts w:ascii="Times New Roman" w:eastAsia="Times New Roman" w:hAnsi="Times New Roman"/>
                <w:b/>
                <w:color w:val="000000"/>
                <w:w w:val="97"/>
                <w:sz w:val="16"/>
                <w:lang w:val="ru-RU"/>
              </w:rPr>
              <w:t xml:space="preserve">Раздел 2. </w:t>
            </w:r>
            <w:r w:rsidRPr="00186BEE">
              <w:rPr>
                <w:rFonts w:ascii="Times New Roman" w:eastAsia="Times New Roman" w:hAnsi="Times New Roman"/>
                <w:b/>
                <w:color w:val="221F1F"/>
                <w:w w:val="97"/>
                <w:sz w:val="16"/>
                <w:lang w:val="ru-RU"/>
              </w:rPr>
              <w:t>Наглядная геометрия. Линии на плоскости</w:t>
            </w:r>
          </w:p>
        </w:tc>
      </w:tr>
      <w:tr w:rsidR="00227D1F">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2.1.</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221F1F"/>
                <w:w w:val="97"/>
                <w:sz w:val="16"/>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08.11.2022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ight="288"/>
              <w:rPr>
                <w:lang w:val="ru-RU"/>
              </w:rPr>
            </w:pPr>
            <w:r w:rsidRPr="00186BEE">
              <w:rPr>
                <w:rFonts w:ascii="Times New Roman" w:eastAsia="Times New Roman" w:hAnsi="Times New Roman"/>
                <w:color w:val="000000"/>
                <w:w w:val="97"/>
                <w:sz w:val="16"/>
                <w:lang w:val="ru-RU"/>
              </w:rPr>
              <w:t xml:space="preserve">Распознавать на чертежах, рисунках, описывать, используя терминологию, и изображать с помощью чертёжных </w:t>
            </w:r>
            <w:r w:rsidRPr="00186BEE">
              <w:rPr>
                <w:lang w:val="ru-RU"/>
              </w:rPr>
              <w:br/>
            </w:r>
            <w:r w:rsidRPr="00186BEE">
              <w:rPr>
                <w:rFonts w:ascii="Times New Roman" w:eastAsia="Times New Roman" w:hAnsi="Times New Roman"/>
                <w:color w:val="000000"/>
                <w:w w:val="97"/>
                <w:sz w:val="16"/>
                <w:lang w:val="ru-RU"/>
              </w:rPr>
              <w:t xml:space="preserve">инструментов: точку, прямую, отрезок, луч, угол, ломаную, окружность; </w:t>
            </w:r>
            <w:r w:rsidRPr="00186BEE">
              <w:rPr>
                <w:lang w:val="ru-RU"/>
              </w:rPr>
              <w:br/>
            </w:r>
            <w:r w:rsidRPr="00186BEE">
              <w:rPr>
                <w:rFonts w:ascii="Times New Roman" w:eastAsia="Times New Roman" w:hAnsi="Times New Roman"/>
                <w:color w:val="000000"/>
                <w:w w:val="97"/>
                <w:sz w:val="16"/>
                <w:lang w:val="ru-RU"/>
              </w:rPr>
              <w:t>Распознавать, приводить примеры объектов реального мира, имеющих форму изученных фигур, оценивать их линейные размеры;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https://resh.edu.ru/subject/lesson/7741/start/312461/</w:t>
            </w:r>
          </w:p>
        </w:tc>
      </w:tr>
      <w:tr w:rsidR="00227D1F">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2.2.</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09.11.2022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Вычислять длины отрезков, ломаных;</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4"/>
            </w:pPr>
            <w:proofErr w:type="spellStart"/>
            <w:r>
              <w:rPr>
                <w:rFonts w:ascii="Times New Roman" w:eastAsia="Times New Roman" w:hAnsi="Times New Roman"/>
                <w:color w:val="000000"/>
                <w:w w:val="97"/>
                <w:sz w:val="16"/>
              </w:rPr>
              <w:t>Авторская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презентация</w:t>
            </w:r>
            <w:proofErr w:type="spellEnd"/>
          </w:p>
        </w:tc>
      </w:tr>
      <w:tr w:rsidR="00227D1F">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2.3.</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288"/>
              <w:rPr>
                <w:lang w:val="ru-RU"/>
              </w:rPr>
            </w:pPr>
            <w:r w:rsidRPr="00186BEE">
              <w:rPr>
                <w:rFonts w:ascii="Times New Roman" w:eastAsia="Times New Roman" w:hAnsi="Times New Roman"/>
                <w:color w:val="221F1F"/>
                <w:w w:val="97"/>
                <w:sz w:val="16"/>
                <w:lang w:val="ru-RU"/>
              </w:rPr>
              <w:t xml:space="preserve">Измерение длины отрезка, метрические единицы </w:t>
            </w:r>
            <w:r w:rsidRPr="00186BEE">
              <w:rPr>
                <w:lang w:val="ru-RU"/>
              </w:rPr>
              <w:br/>
            </w:r>
            <w:r w:rsidRPr="00186BEE">
              <w:rPr>
                <w:rFonts w:ascii="Times New Roman" w:eastAsia="Times New Roman" w:hAnsi="Times New Roman"/>
                <w:color w:val="221F1F"/>
                <w:w w:val="97"/>
                <w:sz w:val="16"/>
                <w:lang w:val="ru-RU"/>
              </w:rPr>
              <w:t>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10.11.2022 11.11.2022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ight="144"/>
              <w:rPr>
                <w:lang w:val="ru-RU"/>
              </w:rPr>
            </w:pPr>
            <w:r w:rsidRPr="00186BEE">
              <w:rPr>
                <w:rFonts w:ascii="Times New Roman" w:eastAsia="Times New Roman" w:hAnsi="Times New Roman"/>
                <w:color w:val="000000"/>
                <w:w w:val="97"/>
                <w:sz w:val="16"/>
                <w:lang w:val="ru-RU"/>
              </w:rPr>
              <w:t xml:space="preserve">Вычислять длины отрезков, ломаных; </w:t>
            </w:r>
            <w:r w:rsidRPr="00186BEE">
              <w:rPr>
                <w:lang w:val="ru-RU"/>
              </w:rPr>
              <w:br/>
            </w:r>
            <w:r w:rsidRPr="00186BEE">
              <w:rPr>
                <w:rFonts w:ascii="Times New Roman" w:eastAsia="Times New Roman" w:hAnsi="Times New Roman"/>
                <w:color w:val="000000"/>
                <w:w w:val="97"/>
                <w:sz w:val="16"/>
                <w:lang w:val="ru-RU"/>
              </w:rPr>
              <w:t xml:space="preserve">Понимать и использовать при решении задач зависимости между единицами метрической системы мер; знакомиться с </w:t>
            </w:r>
            <w:proofErr w:type="spellStart"/>
            <w:r w:rsidRPr="00186BEE">
              <w:rPr>
                <w:rFonts w:ascii="Times New Roman" w:eastAsia="Times New Roman" w:hAnsi="Times New Roman"/>
                <w:color w:val="000000"/>
                <w:w w:val="97"/>
                <w:sz w:val="16"/>
                <w:lang w:val="ru-RU"/>
              </w:rPr>
              <w:t>неметрическими</w:t>
            </w:r>
            <w:proofErr w:type="spellEnd"/>
            <w:r w:rsidRPr="00186BEE">
              <w:rPr>
                <w:rFonts w:ascii="Times New Roman" w:eastAsia="Times New Roman" w:hAnsi="Times New Roman"/>
                <w:color w:val="000000"/>
                <w:w w:val="97"/>
                <w:sz w:val="16"/>
                <w:lang w:val="ru-RU"/>
              </w:rPr>
              <w:t xml:space="preserve"> системами мер; выражать длину в различных единицах измерения; </w:t>
            </w:r>
            <w:r w:rsidRPr="00186BEE">
              <w:rPr>
                <w:lang w:val="ru-RU"/>
              </w:rPr>
              <w:br/>
            </w:r>
            <w:r w:rsidRPr="00186BEE">
              <w:rPr>
                <w:rFonts w:ascii="Times New Roman" w:eastAsia="Times New Roman" w:hAnsi="Times New Roman"/>
                <w:color w:val="000000"/>
                <w:w w:val="97"/>
                <w:sz w:val="16"/>
                <w:lang w:val="ru-RU"/>
              </w:rPr>
              <w:t>Исследовать фигуры и конфигурации, используя цифровые ресурсы;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https://resh.edu.ru/subject/lesson/7740/start/234851/</w:t>
            </w:r>
          </w:p>
        </w:tc>
      </w:tr>
      <w:tr w:rsidR="00227D1F" w:rsidRPr="004C5681">
        <w:trPr>
          <w:trHeight w:hRule="exact" w:val="188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2.4.</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14.11.2022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144"/>
              <w:rPr>
                <w:lang w:val="ru-RU"/>
              </w:rPr>
            </w:pPr>
            <w:r w:rsidRPr="00186BEE">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w:t>
            </w:r>
            <w:r w:rsidRPr="00186BEE">
              <w:rPr>
                <w:lang w:val="ru-RU"/>
              </w:rPr>
              <w:br/>
            </w:r>
            <w:r w:rsidRPr="00186BEE">
              <w:rPr>
                <w:rFonts w:ascii="Times New Roman" w:eastAsia="Times New Roman" w:hAnsi="Times New Roman"/>
                <w:color w:val="000000"/>
                <w:w w:val="97"/>
                <w:sz w:val="16"/>
                <w:lang w:val="ru-RU"/>
              </w:rPr>
              <w:t xml:space="preserve">величины; откладывать циркулем равные отрезки, строить окружность заданного радиуса; </w:t>
            </w:r>
            <w:r w:rsidRPr="00186BEE">
              <w:rPr>
                <w:lang w:val="ru-RU"/>
              </w:rPr>
              <w:br/>
            </w:r>
            <w:r w:rsidRPr="00186BEE">
              <w:rPr>
                <w:rFonts w:ascii="Times New Roman" w:eastAsia="Times New Roman" w:hAnsi="Times New Roman"/>
                <w:color w:val="000000"/>
                <w:w w:val="97"/>
                <w:sz w:val="16"/>
                <w:lang w:val="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Устный опрос; 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/7736/</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/312523/</w:t>
            </w:r>
          </w:p>
        </w:tc>
      </w:tr>
      <w:tr w:rsidR="00227D1F">
        <w:trPr>
          <w:trHeight w:hRule="exact" w:val="109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2.5.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576"/>
              <w:rPr>
                <w:lang w:val="ru-RU"/>
              </w:rPr>
            </w:pPr>
            <w:r w:rsidRPr="00186BEE">
              <w:rPr>
                <w:rFonts w:ascii="Times New Roman" w:eastAsia="Times New Roman" w:hAnsi="Times New Roman"/>
                <w:color w:val="221F1F"/>
                <w:w w:val="97"/>
                <w:sz w:val="16"/>
                <w:lang w:val="ru-RU"/>
              </w:rPr>
              <w:t xml:space="preserve">Практическая </w:t>
            </w:r>
            <w:proofErr w:type="spellStart"/>
            <w:r w:rsidRPr="00186BEE">
              <w:rPr>
                <w:rFonts w:ascii="Times New Roman" w:eastAsia="Times New Roman" w:hAnsi="Times New Roman"/>
                <w:color w:val="221F1F"/>
                <w:w w:val="97"/>
                <w:sz w:val="16"/>
                <w:lang w:val="ru-RU"/>
              </w:rPr>
              <w:t>работа«Построение</w:t>
            </w:r>
            <w:proofErr w:type="spellEnd"/>
            <w:r w:rsidRPr="00186BEE">
              <w:rPr>
                <w:rFonts w:ascii="Times New Roman" w:eastAsia="Times New Roman" w:hAnsi="Times New Roman"/>
                <w:color w:val="221F1F"/>
                <w:w w:val="97"/>
                <w:sz w:val="16"/>
                <w:lang w:val="ru-RU"/>
              </w:rPr>
              <w:t xml:space="preserve">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15.11.2022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ight="288"/>
              <w:rPr>
                <w:lang w:val="ru-RU"/>
              </w:rPr>
            </w:pPr>
            <w:r w:rsidRPr="00186BEE">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w:t>
            </w:r>
            <w:r w:rsidRPr="00186BEE">
              <w:rPr>
                <w:lang w:val="ru-RU"/>
              </w:rPr>
              <w:br/>
            </w:r>
            <w:r w:rsidRPr="00186BEE">
              <w:rPr>
                <w:rFonts w:ascii="Times New Roman" w:eastAsia="Times New Roman" w:hAnsi="Times New Roman"/>
                <w:color w:val="000000"/>
                <w:w w:val="97"/>
                <w:sz w:val="16"/>
                <w:lang w:val="ru-RU"/>
              </w:rPr>
              <w:t>величины; откладывать циркулем равные отрезки, строить окружность заданного радиуса;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45" w:lineRule="auto"/>
              <w:ind w:left="72" w:right="144"/>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4"/>
            </w:pPr>
            <w:r>
              <w:rPr>
                <w:rFonts w:ascii="Times New Roman" w:eastAsia="Times New Roman" w:hAnsi="Times New Roman"/>
                <w:color w:val="000000"/>
                <w:w w:val="97"/>
                <w:sz w:val="16"/>
              </w:rPr>
              <w:t>Авторская презентация</w:t>
            </w:r>
          </w:p>
        </w:tc>
      </w:tr>
    </w:tbl>
    <w:p w:rsidR="00227D1F" w:rsidRDefault="00227D1F">
      <w:pPr>
        <w:autoSpaceDE w:val="0"/>
        <w:autoSpaceDN w:val="0"/>
        <w:spacing w:after="0" w:line="14" w:lineRule="exact"/>
      </w:pPr>
    </w:p>
    <w:p w:rsidR="00227D1F" w:rsidRDefault="00227D1F">
      <w:pPr>
        <w:sectPr w:rsidR="00227D1F">
          <w:pgSz w:w="16840" w:h="11900"/>
          <w:pgMar w:top="284" w:right="640" w:bottom="616" w:left="666" w:header="720" w:footer="720" w:gutter="0"/>
          <w:cols w:space="720" w:equalWidth="0">
            <w:col w:w="1553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rsidRPr="004C5681">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2.6.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16.11.2022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0" w:lineRule="auto"/>
              <w:ind w:left="72" w:right="288"/>
              <w:rPr>
                <w:lang w:val="ru-RU"/>
              </w:rPr>
            </w:pPr>
            <w:r w:rsidRPr="00186BEE">
              <w:rPr>
                <w:rFonts w:ascii="Times New Roman" w:eastAsia="Times New Roman" w:hAnsi="Times New Roman"/>
                <w:color w:val="000000"/>
                <w:w w:val="97"/>
                <w:sz w:val="16"/>
                <w:lang w:val="ru-RU"/>
              </w:rPr>
              <w:t xml:space="preserve">Распознавать на чертежах, рисунках, описывать, используя терминологию, и изображать с помощью чертёжных </w:t>
            </w:r>
            <w:r w:rsidRPr="00186BEE">
              <w:rPr>
                <w:lang w:val="ru-RU"/>
              </w:rPr>
              <w:br/>
            </w:r>
            <w:r w:rsidRPr="00186BEE">
              <w:rPr>
                <w:rFonts w:ascii="Times New Roman" w:eastAsia="Times New Roman" w:hAnsi="Times New Roman"/>
                <w:color w:val="000000"/>
                <w:w w:val="97"/>
                <w:sz w:val="16"/>
                <w:lang w:val="ru-RU"/>
              </w:rPr>
              <w:t>инструментов: точку, прямую, отрезок, луч, угол, ломаную, окружность;</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0" w:lineRule="auto"/>
              <w:ind w:left="72"/>
              <w:rPr>
                <w:lang w:val="ru-RU"/>
              </w:rPr>
            </w:pP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/7735/</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/234882/</w:t>
            </w:r>
          </w:p>
        </w:tc>
      </w:tr>
      <w:tr w:rsidR="00227D1F">
        <w:trPr>
          <w:trHeight w:hRule="exact" w:val="73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2.7.</w:t>
            </w:r>
          </w:p>
        </w:tc>
        <w:tc>
          <w:tcPr>
            <w:tcW w:w="224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ight="432"/>
              <w:rPr>
                <w:lang w:val="ru-RU"/>
              </w:rPr>
            </w:pPr>
            <w:r w:rsidRPr="00186BEE">
              <w:rPr>
                <w:rFonts w:ascii="Times New Roman" w:eastAsia="Times New Roman" w:hAnsi="Times New Roman"/>
                <w:color w:val="221F1F"/>
                <w:w w:val="97"/>
                <w:sz w:val="16"/>
                <w:lang w:val="ru-RU"/>
              </w:rPr>
              <w:t>Прямой, острый, тупой и развёрнутый углы.</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17.11.2022</w:t>
            </w:r>
          </w:p>
        </w:tc>
        <w:tc>
          <w:tcPr>
            <w:tcW w:w="4490"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Pr>
                <w:lang w:val="ru-RU"/>
              </w:rPr>
            </w:pPr>
            <w:r w:rsidRPr="00186BEE">
              <w:rPr>
                <w:rFonts w:ascii="Times New Roman" w:eastAsia="Times New Roman" w:hAnsi="Times New Roman"/>
                <w:color w:val="000000"/>
                <w:w w:val="97"/>
                <w:sz w:val="16"/>
                <w:lang w:val="ru-RU"/>
              </w:rPr>
              <w:t>Распознавать и изображать на нелинованной и клетчатой бумаге прямой, острый, тупой, развёрнутый углы; сравнивать углы;</w:t>
            </w:r>
          </w:p>
        </w:tc>
        <w:tc>
          <w:tcPr>
            <w:tcW w:w="1236" w:type="dxa"/>
            <w:tcBorders>
              <w:top w:val="single" w:sz="4" w:space="0" w:color="000000"/>
              <w:left w:val="single" w:sz="4" w:space="0" w:color="000000"/>
              <w:bottom w:val="single" w:sz="5" w:space="0" w:color="000000"/>
              <w:right w:val="single" w:sz="5" w:space="0" w:color="000000"/>
            </w:tcBorders>
            <w:tcMar>
              <w:left w:w="0" w:type="dxa"/>
              <w:right w:w="0" w:type="dxa"/>
            </w:tcMar>
          </w:tcPr>
          <w:p w:rsidR="00227D1F" w:rsidRDefault="00186BE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4"/>
            </w:pPr>
            <w:r>
              <w:rPr>
                <w:rFonts w:ascii="Times New Roman" w:eastAsia="Times New Roman" w:hAnsi="Times New Roman"/>
                <w:color w:val="000000"/>
                <w:w w:val="97"/>
                <w:sz w:val="16"/>
              </w:rPr>
              <w:t>https://edu.skysmart.ru/homework/new/487/</w:t>
            </w:r>
          </w:p>
        </w:tc>
      </w:tr>
      <w:tr w:rsidR="00227D1F">
        <w:trPr>
          <w:trHeight w:hRule="exact" w:val="1116"/>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jc w:val="center"/>
            </w:pPr>
            <w:r>
              <w:rPr>
                <w:rFonts w:ascii="Times New Roman" w:eastAsia="Times New Roman" w:hAnsi="Times New Roman"/>
                <w:color w:val="000000"/>
                <w:w w:val="97"/>
                <w:sz w:val="16"/>
              </w:rPr>
              <w:t>2.8.</w:t>
            </w:r>
          </w:p>
        </w:tc>
        <w:tc>
          <w:tcPr>
            <w:tcW w:w="224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221F1F"/>
                <w:w w:val="97"/>
                <w:sz w:val="16"/>
              </w:rPr>
              <w:t>Измерение углов.</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45" w:lineRule="auto"/>
              <w:jc w:val="center"/>
            </w:pPr>
            <w:r>
              <w:rPr>
                <w:rFonts w:ascii="Times New Roman" w:eastAsia="Times New Roman" w:hAnsi="Times New Roman"/>
                <w:color w:val="000000"/>
                <w:w w:val="97"/>
                <w:sz w:val="16"/>
              </w:rPr>
              <w:t>18.11.2022 22.11.2022</w:t>
            </w:r>
          </w:p>
        </w:tc>
        <w:tc>
          <w:tcPr>
            <w:tcW w:w="449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4" w:after="0" w:line="252" w:lineRule="auto"/>
              <w:ind w:left="72" w:right="288"/>
              <w:rPr>
                <w:lang w:val="ru-RU"/>
              </w:rPr>
            </w:pPr>
            <w:r w:rsidRPr="00186BEE">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w:t>
            </w:r>
            <w:r w:rsidRPr="00186BEE">
              <w:rPr>
                <w:lang w:val="ru-RU"/>
              </w:rPr>
              <w:br/>
            </w:r>
            <w:r w:rsidRPr="00186BEE">
              <w:rPr>
                <w:rFonts w:ascii="Times New Roman" w:eastAsia="Times New Roman" w:hAnsi="Times New Roman"/>
                <w:color w:val="000000"/>
                <w:w w:val="97"/>
                <w:sz w:val="16"/>
                <w:lang w:val="ru-RU"/>
              </w:rPr>
              <w:t>величины; откладывать циркулем равные отрезки, строить окружность заданного радиуса;</w:t>
            </w:r>
          </w:p>
        </w:tc>
        <w:tc>
          <w:tcPr>
            <w:tcW w:w="1236" w:type="dxa"/>
            <w:tcBorders>
              <w:top w:val="single" w:sz="5"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4" w:after="0" w:line="250" w:lineRule="auto"/>
              <w:ind w:left="72" w:right="288"/>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Диктант</w:t>
            </w:r>
            <w:proofErr w:type="spellEnd"/>
            <w:r>
              <w:rPr>
                <w:rFonts w:ascii="Times New Roman" w:eastAsia="Times New Roman" w:hAnsi="Times New Roman"/>
                <w:color w:val="000000"/>
                <w:w w:val="97"/>
                <w:sz w:val="16"/>
              </w:rPr>
              <w:t>;</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4" w:after="0" w:line="230" w:lineRule="auto"/>
              <w:ind w:left="74"/>
            </w:pPr>
            <w:r>
              <w:rPr>
                <w:rFonts w:ascii="Times New Roman" w:eastAsia="Times New Roman" w:hAnsi="Times New Roman"/>
                <w:color w:val="000000"/>
                <w:w w:val="97"/>
                <w:sz w:val="16"/>
              </w:rPr>
              <w:t>https://edu.skysmart.ru/homework/new/487/</w:t>
            </w:r>
          </w:p>
        </w:tc>
      </w:tr>
      <w:tr w:rsidR="00227D1F">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2.9.</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288"/>
              <w:rPr>
                <w:lang w:val="ru-RU"/>
              </w:rPr>
            </w:pPr>
            <w:r w:rsidRPr="00186BEE">
              <w:rPr>
                <w:rFonts w:ascii="Times New Roman" w:eastAsia="Times New Roman" w:hAnsi="Times New Roman"/>
                <w:color w:val="221F1F"/>
                <w:w w:val="97"/>
                <w:sz w:val="16"/>
                <w:lang w:val="ru-RU"/>
              </w:rPr>
              <w:t>Практическая работа</w:t>
            </w:r>
            <w:r w:rsidRPr="00186BEE">
              <w:rPr>
                <w:lang w:val="ru-RU"/>
              </w:rPr>
              <w:br/>
            </w:r>
            <w:r w:rsidRPr="00186BEE">
              <w:rPr>
                <w:rFonts w:ascii="Times New Roman" w:eastAsia="Times New Roman" w:hAnsi="Times New Roman"/>
                <w:color w:val="221F1F"/>
                <w:w w:val="97"/>
                <w:sz w:val="16"/>
                <w:lang w:val="ru-RU"/>
              </w:rPr>
              <w:t xml:space="preserve">«Построение </w:t>
            </w:r>
            <w:r w:rsidRPr="00186BEE">
              <w:rPr>
                <w:lang w:val="ru-RU"/>
              </w:rPr>
              <w:br/>
            </w:r>
            <w:proofErr w:type="spellStart"/>
            <w:r w:rsidRPr="00186BEE">
              <w:rPr>
                <w:rFonts w:ascii="Times New Roman" w:eastAsia="Times New Roman" w:hAnsi="Times New Roman"/>
                <w:color w:val="221F1F"/>
                <w:w w:val="97"/>
                <w:sz w:val="16"/>
                <w:lang w:val="ru-RU"/>
              </w:rPr>
              <w:t>углов»Практическая</w:t>
            </w:r>
            <w:proofErr w:type="spellEnd"/>
            <w:r w:rsidRPr="00186BEE">
              <w:rPr>
                <w:rFonts w:ascii="Times New Roman" w:eastAsia="Times New Roman" w:hAnsi="Times New Roman"/>
                <w:color w:val="221F1F"/>
                <w:w w:val="97"/>
                <w:sz w:val="16"/>
                <w:lang w:val="ru-RU"/>
              </w:rPr>
              <w:t xml:space="preserve"> </w:t>
            </w:r>
            <w:proofErr w:type="spellStart"/>
            <w:r w:rsidRPr="00186BEE">
              <w:rPr>
                <w:rFonts w:ascii="Times New Roman" w:eastAsia="Times New Roman" w:hAnsi="Times New Roman"/>
                <w:color w:val="221F1F"/>
                <w:w w:val="97"/>
                <w:sz w:val="16"/>
                <w:lang w:val="ru-RU"/>
              </w:rPr>
              <w:t>работа«Построение</w:t>
            </w:r>
            <w:proofErr w:type="spellEnd"/>
            <w:r w:rsidRPr="00186BEE">
              <w:rPr>
                <w:rFonts w:ascii="Times New Roman" w:eastAsia="Times New Roman" w:hAnsi="Times New Roman"/>
                <w:color w:val="221F1F"/>
                <w:w w:val="97"/>
                <w:sz w:val="16"/>
                <w:lang w:val="ru-RU"/>
              </w:rPr>
              <w:t xml:space="preserve">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23.11.2022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Pr>
                <w:lang w:val="ru-RU"/>
              </w:rPr>
            </w:pPr>
            <w:r w:rsidRPr="00186BEE">
              <w:rPr>
                <w:rFonts w:ascii="Times New Roman" w:eastAsia="Times New Roman" w:hAnsi="Times New Roman"/>
                <w:color w:val="000000"/>
                <w:w w:val="97"/>
                <w:sz w:val="16"/>
                <w:lang w:val="ru-RU"/>
              </w:rPr>
              <w:t>Распознавать и изображать на нелинованной и клетчатой бумаге прямой, острый, тупой, развёрнутый углы; сравнивать углы;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45" w:lineRule="auto"/>
              <w:ind w:left="72" w:right="144"/>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4"/>
            </w:pPr>
            <w:r>
              <w:rPr>
                <w:rFonts w:ascii="Times New Roman" w:eastAsia="Times New Roman" w:hAnsi="Times New Roman"/>
                <w:color w:val="000000"/>
                <w:w w:val="97"/>
                <w:sz w:val="16"/>
              </w:rPr>
              <w:t>https://edu.skysmart.ru/homework/new/487/</w:t>
            </w:r>
          </w:p>
        </w:tc>
      </w:tr>
      <w:tr w:rsidR="00227D1F">
        <w:trPr>
          <w:trHeight w:hRule="exact" w:val="348"/>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b/>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227D1F">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3.1.</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Дробь.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24.11.2022 25.11.2022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7" w:lineRule="auto"/>
              <w:ind w:left="72" w:right="382"/>
              <w:jc w:val="both"/>
              <w:rPr>
                <w:lang w:val="ru-RU"/>
              </w:rPr>
            </w:pPr>
            <w:r w:rsidRPr="00186BEE">
              <w:rPr>
                <w:rFonts w:ascii="Times New Roman" w:eastAsia="Times New Roman" w:hAnsi="Times New Roman"/>
                <w:color w:val="000000"/>
                <w:w w:val="97"/>
                <w:sz w:val="16"/>
                <w:lang w:val="ru-RU"/>
              </w:rPr>
              <w:t>Изображать обыкновенные дроби точками на координатной прямой; использовать координатную прямую для сравнения дробей;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5"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Диктант</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https://resh.edu.ru/subject/lesson/7751/start/234293/</w:t>
            </w:r>
          </w:p>
        </w:tc>
      </w:tr>
      <w:tr w:rsidR="00227D1F">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3.2.</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right="144"/>
            </w:pPr>
            <w:r>
              <w:rPr>
                <w:rFonts w:ascii="Times New Roman" w:eastAsia="Times New Roman" w:hAnsi="Times New Roman"/>
                <w:color w:val="221F1F"/>
                <w:w w:val="97"/>
                <w:sz w:val="16"/>
              </w:rPr>
              <w:t>Правильные и неправильные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28.11.2022 29.11.2022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ight="576"/>
              <w:rPr>
                <w:lang w:val="ru-RU"/>
              </w:rPr>
            </w:pPr>
            <w:r w:rsidRPr="00186BEE">
              <w:rPr>
                <w:rFonts w:ascii="Times New Roman" w:eastAsia="Times New Roman" w:hAnsi="Times New Roman"/>
                <w:color w:val="000000"/>
                <w:w w:val="97"/>
                <w:sz w:val="16"/>
                <w:lang w:val="ru-RU"/>
              </w:rPr>
              <w:t>Представлять смешанную дробь в виде неправильной и выделять целую часть числа из неправильной дроби;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Тестирование;</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4"/>
            </w:pPr>
            <w:proofErr w:type="spellStart"/>
            <w:r>
              <w:rPr>
                <w:rFonts w:ascii="Times New Roman" w:eastAsia="Times New Roman" w:hAnsi="Times New Roman"/>
                <w:color w:val="000000"/>
                <w:w w:val="97"/>
                <w:sz w:val="16"/>
              </w:rPr>
              <w:t>Авторская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презентация</w:t>
            </w:r>
            <w:proofErr w:type="spellEnd"/>
          </w:p>
        </w:tc>
      </w:tr>
      <w:tr w:rsidR="00227D1F" w:rsidRPr="004C5681">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3.3.</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221F1F"/>
                <w:w w:val="97"/>
                <w:sz w:val="16"/>
              </w:rPr>
              <w:t>Основноесвойство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30.11.2022 01.12.2022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Pr>
                <w:lang w:val="ru-RU"/>
              </w:rPr>
            </w:pPr>
            <w:r w:rsidRPr="00186BEE">
              <w:rPr>
                <w:rFonts w:ascii="Times New Roman" w:eastAsia="Times New Roman" w:hAnsi="Times New Roman"/>
                <w:color w:val="000000"/>
                <w:w w:val="97"/>
                <w:sz w:val="16"/>
                <w:lang w:val="ru-RU"/>
              </w:rPr>
              <w:t xml:space="preserve">Формулировать, 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w:t>
            </w:r>
            <w:r w:rsidRPr="00186BEE">
              <w:rPr>
                <w:lang w:val="ru-RU"/>
              </w:rPr>
              <w:br/>
            </w:r>
            <w:r w:rsidRPr="00186BEE">
              <w:rPr>
                <w:rFonts w:ascii="Times New Roman" w:eastAsia="Times New Roman" w:hAnsi="Times New Roman"/>
                <w:color w:val="000000"/>
                <w:w w:val="97"/>
                <w:sz w:val="16"/>
                <w:lang w:val="ru-RU"/>
              </w:rPr>
              <w:t>знаменателю;</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/7781/</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/269488/</w:t>
            </w:r>
          </w:p>
        </w:tc>
      </w:tr>
      <w:tr w:rsidR="00227D1F" w:rsidRPr="004C5681">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3.4.</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Сравнение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02.12.2022 05.12.2022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Изображать обыкновенные дроби точками на координатной прямой; использовать координатную прямую для сравнения дробей; </w:t>
            </w:r>
            <w:r w:rsidRPr="00186BEE">
              <w:rPr>
                <w:lang w:val="ru-RU"/>
              </w:rPr>
              <w:br/>
            </w:r>
            <w:r w:rsidRPr="00186BEE">
              <w:rPr>
                <w:rFonts w:ascii="Times New Roman" w:eastAsia="Times New Roman" w:hAnsi="Times New Roman"/>
                <w:color w:val="000000"/>
                <w:w w:val="97"/>
                <w:sz w:val="16"/>
                <w:lang w:val="ru-RU"/>
              </w:rPr>
              <w:t xml:space="preserve">Распознавать истинные и ложные высказывания о дробях, приводить примеры и </w:t>
            </w:r>
            <w:proofErr w:type="spellStart"/>
            <w:r w:rsidRPr="00186BEE">
              <w:rPr>
                <w:rFonts w:ascii="Times New Roman" w:eastAsia="Times New Roman" w:hAnsi="Times New Roman"/>
                <w:color w:val="000000"/>
                <w:w w:val="97"/>
                <w:sz w:val="16"/>
                <w:lang w:val="ru-RU"/>
              </w:rPr>
              <w:t>контрпримеры</w:t>
            </w:r>
            <w:proofErr w:type="spellEnd"/>
            <w:r w:rsidRPr="00186BEE">
              <w:rPr>
                <w:rFonts w:ascii="Times New Roman" w:eastAsia="Times New Roman" w:hAnsi="Times New Roman"/>
                <w:color w:val="000000"/>
                <w:w w:val="97"/>
                <w:sz w:val="16"/>
                <w:lang w:val="ru-RU"/>
              </w:rPr>
              <w:t>, строить высказывания и отрицания высказываний;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Устный опрос; 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/7776/</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/233239/</w:t>
            </w:r>
          </w:p>
        </w:tc>
      </w:tr>
      <w:tr w:rsidR="00227D1F" w:rsidRPr="004C5681">
        <w:trPr>
          <w:trHeight w:hRule="exact" w:val="109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3.5.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ight="576"/>
              <w:rPr>
                <w:lang w:val="ru-RU"/>
              </w:rPr>
            </w:pPr>
            <w:r w:rsidRPr="00186BEE">
              <w:rPr>
                <w:rFonts w:ascii="Times New Roman" w:eastAsia="Times New Roman" w:hAnsi="Times New Roman"/>
                <w:color w:val="221F1F"/>
                <w:w w:val="97"/>
                <w:sz w:val="16"/>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06.12.2022 13.12.2022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Выполнять арифметические действия с обыкновенными </w:t>
            </w:r>
            <w:r w:rsidRPr="00186BEE">
              <w:rPr>
                <w:lang w:val="ru-RU"/>
              </w:rPr>
              <w:br/>
            </w:r>
            <w:r w:rsidRPr="00186BEE">
              <w:rPr>
                <w:rFonts w:ascii="Times New Roman" w:eastAsia="Times New Roman" w:hAnsi="Times New Roman"/>
                <w:color w:val="000000"/>
                <w:w w:val="97"/>
                <w:sz w:val="16"/>
                <w:lang w:val="ru-RU"/>
              </w:rPr>
              <w:t xml:space="preserve">дробями; применять свойства арифметических действий для рационализации вычислений; </w:t>
            </w:r>
            <w:r w:rsidRPr="00186BEE">
              <w:rPr>
                <w:lang w:val="ru-RU"/>
              </w:rPr>
              <w:br/>
            </w:r>
            <w:r w:rsidRPr="00186BEE">
              <w:rPr>
                <w:rFonts w:ascii="Times New Roman" w:eastAsia="Times New Roman" w:hAnsi="Times New Roman"/>
                <w:color w:val="000000"/>
                <w:w w:val="97"/>
                <w:sz w:val="16"/>
                <w:lang w:val="ru-RU"/>
              </w:rPr>
              <w:t>Моделировать ход решения задачи с помощью рисунка, схемы, таблицы;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0" w:lineRule="auto"/>
              <w:ind w:left="74" w:right="72"/>
              <w:jc w:val="both"/>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/7774/</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/313297/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/7773/</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/272387/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/7771/</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/313328/</w:t>
            </w:r>
          </w:p>
        </w:tc>
      </w:tr>
    </w:tbl>
    <w:p w:rsidR="00227D1F" w:rsidRPr="00186BEE" w:rsidRDefault="00227D1F">
      <w:pPr>
        <w:autoSpaceDE w:val="0"/>
        <w:autoSpaceDN w:val="0"/>
        <w:spacing w:after="0" w:line="14" w:lineRule="exact"/>
        <w:rPr>
          <w:lang w:val="ru-RU"/>
        </w:rPr>
      </w:pPr>
    </w:p>
    <w:p w:rsidR="00227D1F" w:rsidRPr="00186BEE" w:rsidRDefault="00227D1F">
      <w:pPr>
        <w:rPr>
          <w:lang w:val="ru-RU"/>
        </w:rPr>
        <w:sectPr w:rsidR="00227D1F" w:rsidRPr="00186BEE">
          <w:pgSz w:w="16840" w:h="11900"/>
          <w:pgMar w:top="284" w:right="640" w:bottom="670" w:left="666" w:header="720" w:footer="720" w:gutter="0"/>
          <w:cols w:space="720" w:equalWidth="0">
            <w:col w:w="15534" w:space="0"/>
          </w:cols>
          <w:docGrid w:linePitch="360"/>
        </w:sectPr>
      </w:pPr>
    </w:p>
    <w:p w:rsidR="00227D1F" w:rsidRPr="00186BEE" w:rsidRDefault="00227D1F">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rsidRPr="004C5681">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3.6.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14.12.2022 21.12.2022</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288"/>
              <w:rPr>
                <w:lang w:val="ru-RU"/>
              </w:rPr>
            </w:pPr>
            <w:r w:rsidRPr="00186BEE">
              <w:rPr>
                <w:rFonts w:ascii="Times New Roman" w:eastAsia="Times New Roman" w:hAnsi="Times New Roman"/>
                <w:color w:val="000000"/>
                <w:w w:val="97"/>
                <w:sz w:val="16"/>
                <w:lang w:val="ru-RU"/>
              </w:rPr>
              <w:t xml:space="preserve">Представлять смешанную дробь в виде неправильной и выделять целую часть числа из неправильной дроби; </w:t>
            </w:r>
            <w:r w:rsidRPr="00186BEE">
              <w:rPr>
                <w:lang w:val="ru-RU"/>
              </w:rPr>
              <w:br/>
            </w:r>
            <w:r w:rsidRPr="00186BEE">
              <w:rPr>
                <w:rFonts w:ascii="Times New Roman" w:eastAsia="Times New Roman" w:hAnsi="Times New Roman"/>
                <w:color w:val="000000"/>
                <w:w w:val="97"/>
                <w:sz w:val="16"/>
                <w:lang w:val="ru-RU"/>
              </w:rPr>
              <w:t xml:space="preserve">Выполнять арифметические действия с обыкновенными дробями; применять свойства арифметических действий для рационализации вычислений; </w:t>
            </w:r>
            <w:r w:rsidRPr="00186BEE">
              <w:rPr>
                <w:lang w:val="ru-RU"/>
              </w:rPr>
              <w:br/>
            </w:r>
            <w:r w:rsidRPr="00186BEE">
              <w:rPr>
                <w:rFonts w:ascii="Times New Roman" w:eastAsia="Times New Roman" w:hAnsi="Times New Roman"/>
                <w:color w:val="000000"/>
                <w:w w:val="97"/>
                <w:sz w:val="16"/>
                <w:lang w:val="ru-RU"/>
              </w:rPr>
              <w:t>Критически оценивать полученный результат, осуществлять самоконтроль, проверяя ответ на соответствие условию, 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0" w:lineRule="auto"/>
              <w:ind w:left="74" w:right="72"/>
              <w:jc w:val="both"/>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/7761/</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/288262/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/7760/</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/233332/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/7772/</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/234510/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/7766/</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/234944/</w:t>
            </w:r>
          </w:p>
        </w:tc>
      </w:tr>
      <w:tr w:rsidR="00227D1F" w:rsidRPr="004C5681">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jc w:val="center"/>
            </w:pPr>
            <w:r>
              <w:rPr>
                <w:rFonts w:ascii="Times New Roman" w:eastAsia="Times New Roman" w:hAnsi="Times New Roman"/>
                <w:color w:val="000000"/>
                <w:w w:val="97"/>
                <w:sz w:val="16"/>
              </w:rPr>
              <w:t>3.7.</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432"/>
              <w:rPr>
                <w:lang w:val="ru-RU"/>
              </w:rPr>
            </w:pPr>
            <w:r w:rsidRPr="00186BEE">
              <w:rPr>
                <w:rFonts w:ascii="Times New Roman" w:eastAsia="Times New Roman" w:hAnsi="Times New Roman"/>
                <w:color w:val="221F1F"/>
                <w:w w:val="97"/>
                <w:sz w:val="16"/>
                <w:lang w:val="ru-RU"/>
              </w:rPr>
              <w:t xml:space="preserve">Умножение и деление </w:t>
            </w:r>
            <w:r w:rsidRPr="00186BEE">
              <w:rPr>
                <w:lang w:val="ru-RU"/>
              </w:rPr>
              <w:br/>
            </w:r>
            <w:r w:rsidRPr="00186BEE">
              <w:rPr>
                <w:rFonts w:ascii="Times New Roman" w:eastAsia="Times New Roman" w:hAnsi="Times New Roman"/>
                <w:color w:val="221F1F"/>
                <w:w w:val="97"/>
                <w:sz w:val="16"/>
                <w:lang w:val="ru-RU"/>
              </w:rPr>
              <w:t>обыкновенных дробей; взаимно-обратные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22.12.2022 20.01.2023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ight="288"/>
              <w:rPr>
                <w:lang w:val="ru-RU"/>
              </w:rPr>
            </w:pPr>
            <w:r w:rsidRPr="00186BEE">
              <w:rPr>
                <w:rFonts w:ascii="Times New Roman" w:eastAsia="Times New Roman" w:hAnsi="Times New Roman"/>
                <w:color w:val="000000"/>
                <w:w w:val="97"/>
                <w:sz w:val="16"/>
                <w:lang w:val="ru-RU"/>
              </w:rPr>
              <w:t xml:space="preserve">Выполнять арифметические действия с обыкновенными дробями; применять свойства арифметических действий для рационализации вычислений; </w:t>
            </w:r>
            <w:r w:rsidRPr="00186BEE">
              <w:rPr>
                <w:lang w:val="ru-RU"/>
              </w:rPr>
              <w:br/>
            </w:r>
            <w:r w:rsidRPr="00186BEE">
              <w:rPr>
                <w:rFonts w:ascii="Times New Roman" w:eastAsia="Times New Roman" w:hAnsi="Times New Roman"/>
                <w:color w:val="000000"/>
                <w:w w:val="97"/>
                <w:sz w:val="16"/>
                <w:lang w:val="ru-RU"/>
              </w:rPr>
              <w:t xml:space="preserve">Приводить, разбирать, оценивать различные решения, записи решений текстовых задач; </w:t>
            </w:r>
            <w:r w:rsidRPr="00186BEE">
              <w:rPr>
                <w:lang w:val="ru-RU"/>
              </w:rPr>
              <w:br/>
            </w:r>
            <w:r w:rsidRPr="00186BEE">
              <w:rPr>
                <w:rFonts w:ascii="Times New Roman" w:eastAsia="Times New Roman" w:hAnsi="Times New Roman"/>
                <w:color w:val="000000"/>
                <w:w w:val="97"/>
                <w:sz w:val="16"/>
                <w:lang w:val="ru-RU"/>
              </w:rPr>
              <w:t>Критически оценивать полученный результат, осуществлять самоконтроль, проверяя ответ на соответствие условию, 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Тестирование;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/7769/</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/290790/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/7766/</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/234944/</w:t>
            </w:r>
          </w:p>
        </w:tc>
      </w:tr>
      <w:tr w:rsidR="00227D1F" w:rsidRPr="004C5681">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3.8.</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ight="144"/>
              <w:rPr>
                <w:lang w:val="ru-RU"/>
              </w:rPr>
            </w:pPr>
            <w:r w:rsidRPr="00186BEE">
              <w:rPr>
                <w:rFonts w:ascii="Times New Roman" w:eastAsia="Times New Roman" w:hAnsi="Times New Roman"/>
                <w:color w:val="221F1F"/>
                <w:w w:val="97"/>
                <w:sz w:val="16"/>
                <w:lang w:val="ru-RU"/>
              </w:rPr>
              <w:t>Решение текстовых задач, со 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23.01.2023 30.01.2023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ight="144"/>
              <w:rPr>
                <w:lang w:val="ru-RU"/>
              </w:rPr>
            </w:pPr>
            <w:r w:rsidRPr="00186BEE">
              <w:rPr>
                <w:rFonts w:ascii="Times New Roman" w:eastAsia="Times New Roman" w:hAnsi="Times New Roman"/>
                <w:color w:val="000000"/>
                <w:w w:val="97"/>
                <w:sz w:val="16"/>
                <w:lang w:val="ru-RU"/>
              </w:rPr>
              <w:t xml:space="preserve">Распознавать истинные и ложные высказывания о дробях, приводить примеры и </w:t>
            </w:r>
            <w:proofErr w:type="spellStart"/>
            <w:r w:rsidRPr="00186BEE">
              <w:rPr>
                <w:rFonts w:ascii="Times New Roman" w:eastAsia="Times New Roman" w:hAnsi="Times New Roman"/>
                <w:color w:val="000000"/>
                <w:w w:val="97"/>
                <w:sz w:val="16"/>
                <w:lang w:val="ru-RU"/>
              </w:rPr>
              <w:t>контрпримеры</w:t>
            </w:r>
            <w:proofErr w:type="spellEnd"/>
            <w:r w:rsidRPr="00186BEE">
              <w:rPr>
                <w:rFonts w:ascii="Times New Roman" w:eastAsia="Times New Roman" w:hAnsi="Times New Roman"/>
                <w:color w:val="000000"/>
                <w:w w:val="97"/>
                <w:sz w:val="16"/>
                <w:lang w:val="ru-RU"/>
              </w:rPr>
              <w:t xml:space="preserve">, строить высказывания и отрицания высказываний; </w:t>
            </w:r>
            <w:r w:rsidRPr="00186BEE">
              <w:rPr>
                <w:lang w:val="ru-RU"/>
              </w:rPr>
              <w:br/>
            </w:r>
            <w:r w:rsidRPr="00186BEE">
              <w:rPr>
                <w:rFonts w:ascii="Times New Roman" w:eastAsia="Times New Roman" w:hAnsi="Times New Roman"/>
                <w:color w:val="000000"/>
                <w:w w:val="97"/>
                <w:sz w:val="16"/>
                <w:lang w:val="ru-RU"/>
              </w:rPr>
              <w:t xml:space="preserve">Моделировать ход решения задачи с помощью рисунка, схемы, таблицы; </w:t>
            </w:r>
            <w:r w:rsidRPr="00186BEE">
              <w:rPr>
                <w:lang w:val="ru-RU"/>
              </w:rPr>
              <w:br/>
            </w:r>
            <w:r w:rsidRPr="00186BEE">
              <w:rPr>
                <w:rFonts w:ascii="Times New Roman" w:eastAsia="Times New Roman" w:hAnsi="Times New Roman"/>
                <w:color w:val="000000"/>
                <w:w w:val="97"/>
                <w:sz w:val="16"/>
                <w:lang w:val="ru-RU"/>
              </w:rPr>
              <w:t>Приводить, разбирать, оценивать различные решения, записи решений текстовых задач;</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Тестирование;</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/7770/</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 xml:space="preserve">/288044/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/7783/</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/313359/</w:t>
            </w:r>
          </w:p>
        </w:tc>
      </w:tr>
      <w:tr w:rsidR="00227D1F" w:rsidRPr="004C5681">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3.9.</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ind w:left="72"/>
              <w:rPr>
                <w:lang w:val="ru-RU"/>
              </w:rPr>
            </w:pPr>
            <w:r w:rsidRPr="00186BEE">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31.01.2023 06.02.2023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144"/>
              <w:rPr>
                <w:lang w:val="ru-RU"/>
              </w:rPr>
            </w:pPr>
            <w:r w:rsidRPr="00186BEE">
              <w:rPr>
                <w:rFonts w:ascii="Times New Roman" w:eastAsia="Times New Roman" w:hAnsi="Times New Roman"/>
                <w:color w:val="000000"/>
                <w:w w:val="97"/>
                <w:sz w:val="16"/>
                <w:lang w:val="ru-RU"/>
              </w:rPr>
              <w:t xml:space="preserve">Решать текстовые задачи, содержащие дробные данные, и задачи на нахождение части целого и целого по его части; выявлять их сходства и различия; </w:t>
            </w:r>
            <w:r w:rsidRPr="00186BEE">
              <w:rPr>
                <w:lang w:val="ru-RU"/>
              </w:rPr>
              <w:br/>
            </w:r>
            <w:r w:rsidRPr="00186BEE">
              <w:rPr>
                <w:rFonts w:ascii="Times New Roman" w:eastAsia="Times New Roman" w:hAnsi="Times New Roman"/>
                <w:color w:val="000000"/>
                <w:w w:val="97"/>
                <w:sz w:val="16"/>
                <w:lang w:val="ru-RU"/>
              </w:rPr>
              <w:t xml:space="preserve">Моделировать ход решения задачи с помощью рисунка, схемы, таблицы; </w:t>
            </w:r>
            <w:r w:rsidRPr="00186BEE">
              <w:rPr>
                <w:lang w:val="ru-RU"/>
              </w:rPr>
              <w:br/>
            </w:r>
            <w:r w:rsidRPr="00186BEE">
              <w:rPr>
                <w:rFonts w:ascii="Times New Roman" w:eastAsia="Times New Roman" w:hAnsi="Times New Roman"/>
                <w:color w:val="000000"/>
                <w:w w:val="97"/>
                <w:sz w:val="16"/>
                <w:lang w:val="ru-RU"/>
              </w:rPr>
              <w:t>Приводить, разбирать, оценивать различные решения, записи решений текстовых задач;</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4"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/7768/</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/234138/</w:t>
            </w:r>
          </w:p>
        </w:tc>
      </w:tr>
      <w:tr w:rsidR="00227D1F">
        <w:trPr>
          <w:trHeight w:hRule="exact" w:val="17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3.10.</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221F1F"/>
                <w:w w:val="97"/>
                <w:sz w:val="16"/>
                <w:lang w:val="ru-RU"/>
              </w:rPr>
              <w:t>Применение букв для записи математических выражений и предложений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07.02.2023 13.02.2023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ight="144"/>
              <w:rPr>
                <w:lang w:val="ru-RU"/>
              </w:rPr>
            </w:pPr>
            <w:r w:rsidRPr="00186BEE">
              <w:rPr>
                <w:rFonts w:ascii="Times New Roman" w:eastAsia="Times New Roman" w:hAnsi="Times New Roman"/>
                <w:color w:val="000000"/>
                <w:w w:val="97"/>
                <w:sz w:val="16"/>
                <w:lang w:val="ru-RU"/>
              </w:rPr>
              <w:t xml:space="preserve">Решать текстовые задачи, содержащие дробные данные, и задачи на нахождение части целого и целого по его части; выявлять их сходства и различия; </w:t>
            </w:r>
            <w:r w:rsidRPr="00186BEE">
              <w:rPr>
                <w:lang w:val="ru-RU"/>
              </w:rPr>
              <w:br/>
            </w:r>
            <w:r w:rsidRPr="00186BEE">
              <w:rPr>
                <w:rFonts w:ascii="Times New Roman" w:eastAsia="Times New Roman" w:hAnsi="Times New Roman"/>
                <w:color w:val="000000"/>
                <w:w w:val="97"/>
                <w:sz w:val="16"/>
                <w:lang w:val="ru-RU"/>
              </w:rPr>
              <w:t xml:space="preserve">Моделировать ход решения задачи с помощью рисунка, схемы, таблицы;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4"/>
            </w:pPr>
            <w:proofErr w:type="spellStart"/>
            <w:r>
              <w:rPr>
                <w:rFonts w:ascii="Times New Roman" w:eastAsia="Times New Roman" w:hAnsi="Times New Roman"/>
                <w:color w:val="000000"/>
                <w:w w:val="97"/>
                <w:sz w:val="16"/>
              </w:rPr>
              <w:t>Авторская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презентация</w:t>
            </w:r>
            <w:proofErr w:type="spellEnd"/>
          </w:p>
        </w:tc>
      </w:tr>
      <w:tr w:rsidR="00227D1F">
        <w:trPr>
          <w:trHeight w:hRule="exact" w:val="348"/>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48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b/>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227D1F" w:rsidRPr="004C5681">
        <w:trPr>
          <w:trHeight w:hRule="exact" w:val="129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jc w:val="center"/>
            </w:pPr>
            <w:r>
              <w:rPr>
                <w:rFonts w:ascii="Times New Roman" w:eastAsia="Times New Roman" w:hAnsi="Times New Roman"/>
                <w:color w:val="000000"/>
                <w:w w:val="97"/>
                <w:sz w:val="16"/>
              </w:rPr>
              <w:t>4.1.</w:t>
            </w:r>
          </w:p>
        </w:tc>
        <w:tc>
          <w:tcPr>
            <w:tcW w:w="224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221F1F"/>
                <w:w w:val="97"/>
                <w:sz w:val="16"/>
              </w:rPr>
              <w:t>Многоугольники.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14.02.2023 15.02.2023</w:t>
            </w:r>
          </w:p>
        </w:tc>
        <w:tc>
          <w:tcPr>
            <w:tcW w:w="449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Pr>
                <w:lang w:val="ru-RU"/>
              </w:rPr>
            </w:pPr>
            <w:r w:rsidRPr="00186BEE">
              <w:rPr>
                <w:rFonts w:ascii="Times New Roman" w:eastAsia="Times New Roman" w:hAnsi="Times New Roman"/>
                <w:color w:val="000000"/>
                <w:w w:val="97"/>
                <w:sz w:val="16"/>
                <w:lang w:val="ru-RU"/>
              </w:rPr>
              <w:t xml:space="preserve">Описывать, используя терминологию, изображать с помощью чертёжных инструментов и от руки, моделировать из бумаги многоугольники; </w:t>
            </w:r>
            <w:r w:rsidRPr="00186BEE">
              <w:rPr>
                <w:lang w:val="ru-RU"/>
              </w:rPr>
              <w:br/>
            </w:r>
            <w:r w:rsidRPr="00186BEE">
              <w:rPr>
                <w:rFonts w:ascii="Times New Roman" w:eastAsia="Times New Roman" w:hAnsi="Times New Roman"/>
                <w:color w:val="000000"/>
                <w:w w:val="97"/>
                <w:sz w:val="16"/>
                <w:lang w:val="ru-RU"/>
              </w:rPr>
              <w:t>Приводить примеры объектов реального мира, имеющих форму многоугольника, прямоугольника, квадрата, треугольника, оценивать их линейные размеры;</w:t>
            </w:r>
          </w:p>
        </w:tc>
        <w:tc>
          <w:tcPr>
            <w:tcW w:w="1236" w:type="dxa"/>
            <w:tcBorders>
              <w:top w:val="single" w:sz="5"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Диктант;</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/7727/</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/325306/</w:t>
            </w:r>
          </w:p>
        </w:tc>
      </w:tr>
    </w:tbl>
    <w:p w:rsidR="00227D1F" w:rsidRPr="00186BEE" w:rsidRDefault="00227D1F">
      <w:pPr>
        <w:autoSpaceDE w:val="0"/>
        <w:autoSpaceDN w:val="0"/>
        <w:spacing w:after="0" w:line="14" w:lineRule="exact"/>
        <w:rPr>
          <w:lang w:val="ru-RU"/>
        </w:rPr>
      </w:pPr>
    </w:p>
    <w:p w:rsidR="00227D1F" w:rsidRPr="00186BEE" w:rsidRDefault="00227D1F">
      <w:pPr>
        <w:rPr>
          <w:lang w:val="ru-RU"/>
        </w:rPr>
        <w:sectPr w:rsidR="00227D1F" w:rsidRPr="00186BEE">
          <w:pgSz w:w="16840" w:h="11900"/>
          <w:pgMar w:top="284" w:right="640" w:bottom="610" w:left="666" w:header="720" w:footer="720" w:gutter="0"/>
          <w:cols w:space="720" w:equalWidth="0">
            <w:col w:w="15534" w:space="0"/>
          </w:cols>
          <w:docGrid w:linePitch="360"/>
        </w:sectPr>
      </w:pPr>
    </w:p>
    <w:p w:rsidR="00227D1F" w:rsidRPr="00186BEE" w:rsidRDefault="00227D1F">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4.2.</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right="432"/>
            </w:pPr>
            <w:r>
              <w:rPr>
                <w:rFonts w:ascii="Times New Roman" w:eastAsia="Times New Roman" w:hAnsi="Times New Roman"/>
                <w:color w:val="221F1F"/>
                <w:w w:val="97"/>
                <w:sz w:val="16"/>
              </w:rPr>
              <w:t xml:space="preserve">Четырёхугольник, </w:t>
            </w:r>
            <w:r>
              <w:br/>
            </w:r>
            <w:r>
              <w:rPr>
                <w:rFonts w:ascii="Times New Roman" w:eastAsia="Times New Roman" w:hAnsi="Times New Roman"/>
                <w:color w:val="221F1F"/>
                <w:w w:val="97"/>
                <w:sz w:val="16"/>
              </w:rPr>
              <w:t>прямоугольник, 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16.02.2023 17.02.2023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Описывать, используя терминологию, изображать с помощью чертёжных инструментов и от руки, моделировать из бумаги многоугольники; </w:t>
            </w:r>
            <w:r w:rsidRPr="00186BEE">
              <w:rPr>
                <w:lang w:val="ru-RU"/>
              </w:rPr>
              <w:br/>
            </w:r>
            <w:r w:rsidRPr="00186BEE">
              <w:rPr>
                <w:rFonts w:ascii="Times New Roman" w:eastAsia="Times New Roman" w:hAnsi="Times New Roman"/>
                <w:color w:val="000000"/>
                <w:w w:val="97"/>
                <w:sz w:val="16"/>
                <w:lang w:val="ru-RU"/>
              </w:rPr>
              <w:t>Приводить примеры объектов реального мира, имеющих форму многоугольника, прямоугольника, квадрата, треугольника, оценивать их линейные размеры;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https://resh.edu.ru/subject/lesson/7733/start/233518/</w:t>
            </w:r>
          </w:p>
        </w:tc>
      </w:tr>
      <w:tr w:rsidR="00227D1F">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4.3.</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0" w:lineRule="auto"/>
              <w:ind w:left="72" w:right="144"/>
              <w:rPr>
                <w:lang w:val="ru-RU"/>
              </w:rPr>
            </w:pPr>
            <w:r w:rsidRPr="00186BEE">
              <w:rPr>
                <w:rFonts w:ascii="Times New Roman" w:eastAsia="Times New Roman" w:hAnsi="Times New Roman"/>
                <w:color w:val="221F1F"/>
                <w:w w:val="97"/>
                <w:sz w:val="16"/>
                <w:lang w:val="ru-RU"/>
              </w:rPr>
              <w:t>Практическая работа</w:t>
            </w:r>
            <w:r w:rsidRPr="00186BEE">
              <w:rPr>
                <w:lang w:val="ru-RU"/>
              </w:rPr>
              <w:br/>
            </w:r>
            <w:r w:rsidRPr="00186BEE">
              <w:rPr>
                <w:rFonts w:ascii="Times New Roman" w:eastAsia="Times New Roman" w:hAnsi="Times New Roman"/>
                <w:color w:val="221F1F"/>
                <w:w w:val="97"/>
                <w:sz w:val="16"/>
                <w:lang w:val="ru-RU"/>
              </w:rPr>
              <w:t xml:space="preserve">«Построение прямоугольника с заданными сторонами на </w:t>
            </w:r>
            <w:r w:rsidRPr="00186BEE">
              <w:rPr>
                <w:lang w:val="ru-RU"/>
              </w:rPr>
              <w:br/>
            </w:r>
            <w:r w:rsidRPr="00186BEE">
              <w:rPr>
                <w:rFonts w:ascii="Times New Roman" w:eastAsia="Times New Roman" w:hAnsi="Times New Roman"/>
                <w:color w:val="221F1F"/>
                <w:w w:val="97"/>
                <w:sz w:val="16"/>
                <w:lang w:val="ru-RU"/>
              </w:rPr>
              <w:t>нелинованной 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20.02.2023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2" w:right="576"/>
              <w:rPr>
                <w:lang w:val="ru-RU"/>
              </w:rPr>
            </w:pPr>
            <w:r w:rsidRPr="00186BEE">
              <w:rPr>
                <w:rFonts w:ascii="Times New Roman" w:eastAsia="Times New Roman" w:hAnsi="Times New Roman"/>
                <w:color w:val="000000"/>
                <w:w w:val="97"/>
                <w:sz w:val="16"/>
                <w:lang w:val="ru-RU"/>
              </w:rPr>
              <w:t>Строить на нелинованной и клетчатой бумаге квадрат и прямоугольник с заданными длинами сторон;</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https://resh.edu.ru/subject/lesson/7726/start/234603/</w:t>
            </w:r>
          </w:p>
        </w:tc>
      </w:tr>
      <w:tr w:rsidR="00227D1F">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4.4.</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221F1F"/>
                <w:w w:val="97"/>
                <w:sz w:val="16"/>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21.02.2023 22.02.2023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2" w:lineRule="auto"/>
              <w:ind w:left="72"/>
              <w:rPr>
                <w:lang w:val="ru-RU"/>
              </w:rPr>
            </w:pPr>
            <w:r w:rsidRPr="00186BEE">
              <w:rPr>
                <w:rFonts w:ascii="Times New Roman" w:eastAsia="Times New Roman" w:hAnsi="Times New Roman"/>
                <w:color w:val="000000"/>
                <w:w w:val="97"/>
                <w:sz w:val="16"/>
                <w:lang w:val="ru-RU"/>
              </w:rPr>
              <w:t xml:space="preserve">Описывать, используя терминологию, изображать с помощью чертёжных инструментов и от руки, моделировать из бумаги многоугольники; </w:t>
            </w:r>
            <w:r w:rsidRPr="00186BEE">
              <w:rPr>
                <w:lang w:val="ru-RU"/>
              </w:rPr>
              <w:br/>
            </w:r>
            <w:r w:rsidRPr="00186BEE">
              <w:rPr>
                <w:rFonts w:ascii="Times New Roman" w:eastAsia="Times New Roman" w:hAnsi="Times New Roman"/>
                <w:color w:val="000000"/>
                <w:w w:val="97"/>
                <w:sz w:val="16"/>
                <w:lang w:val="ru-RU"/>
              </w:rPr>
              <w:t>Приводить примеры объектов реального мира, имеющих форму многоугольника, прямоугольника, квадрата, треугольника, оценивать их линейные размеры;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https://resh.edu.ru/subject/lesson/7734/start/234913/</w:t>
            </w:r>
          </w:p>
        </w:tc>
      </w:tr>
      <w:tr w:rsidR="00227D1F" w:rsidRPr="004C5681">
        <w:trPr>
          <w:trHeight w:hRule="exact" w:val="195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4.5.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288"/>
              <w:rPr>
                <w:lang w:val="ru-RU"/>
              </w:rPr>
            </w:pPr>
            <w:r w:rsidRPr="00186BEE">
              <w:rPr>
                <w:rFonts w:ascii="Times New Roman" w:eastAsia="Times New Roman" w:hAnsi="Times New Roman"/>
                <w:color w:val="221F1F"/>
                <w:w w:val="97"/>
                <w:sz w:val="16"/>
                <w:lang w:val="ru-RU"/>
              </w:rPr>
              <w:t xml:space="preserve">Площадь и периметр </w:t>
            </w:r>
            <w:r w:rsidRPr="00186BEE">
              <w:rPr>
                <w:lang w:val="ru-RU"/>
              </w:rPr>
              <w:br/>
            </w:r>
            <w:r w:rsidRPr="00186BEE">
              <w:rPr>
                <w:rFonts w:ascii="Times New Roman" w:eastAsia="Times New Roman" w:hAnsi="Times New Roman"/>
                <w:color w:val="221F1F"/>
                <w:w w:val="97"/>
                <w:sz w:val="16"/>
                <w:lang w:val="ru-RU"/>
              </w:rPr>
              <w:t xml:space="preserve">прямоугольника и </w:t>
            </w:r>
            <w:r w:rsidRPr="00186BEE">
              <w:rPr>
                <w:lang w:val="ru-RU"/>
              </w:rPr>
              <w:br/>
            </w:r>
            <w:r w:rsidRPr="00186BEE">
              <w:rPr>
                <w:rFonts w:ascii="Times New Roman" w:eastAsia="Times New Roman" w:hAnsi="Times New Roman"/>
                <w:color w:val="221F1F"/>
                <w:w w:val="97"/>
                <w:sz w:val="16"/>
                <w:lang w:val="ru-RU"/>
              </w:rPr>
              <w:t xml:space="preserve">многоугольников, </w:t>
            </w:r>
            <w:r w:rsidRPr="00186BEE">
              <w:rPr>
                <w:lang w:val="ru-RU"/>
              </w:rPr>
              <w:br/>
            </w:r>
            <w:r w:rsidRPr="00186BEE">
              <w:rPr>
                <w:rFonts w:ascii="Times New Roman" w:eastAsia="Times New Roman" w:hAnsi="Times New Roman"/>
                <w:color w:val="221F1F"/>
                <w:w w:val="97"/>
                <w:sz w:val="16"/>
                <w:lang w:val="ru-RU"/>
              </w:rPr>
              <w:t xml:space="preserve">составленных из </w:t>
            </w:r>
            <w:r w:rsidRPr="00186BEE">
              <w:rPr>
                <w:lang w:val="ru-RU"/>
              </w:rPr>
              <w:br/>
            </w:r>
            <w:r w:rsidRPr="00186BEE">
              <w:rPr>
                <w:rFonts w:ascii="Times New Roman" w:eastAsia="Times New Roman" w:hAnsi="Times New Roman"/>
                <w:color w:val="221F1F"/>
                <w:w w:val="97"/>
                <w:sz w:val="16"/>
                <w:lang w:val="ru-RU"/>
              </w:rPr>
              <w:t>прямоугольников, 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24.02.2023 27.02.2023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144"/>
              <w:rPr>
                <w:lang w:val="ru-RU"/>
              </w:rPr>
            </w:pPr>
            <w:r w:rsidRPr="00186BEE">
              <w:rPr>
                <w:rFonts w:ascii="Times New Roman" w:eastAsia="Times New Roman" w:hAnsi="Times New Roman"/>
                <w:color w:val="000000"/>
                <w:w w:val="97"/>
                <w:sz w:val="16"/>
                <w:lang w:val="ru-RU"/>
              </w:rPr>
              <w:t xml:space="preserve">Строить на нелинованной и клетчатой бумаге квадрат и </w:t>
            </w:r>
            <w:r w:rsidRPr="00186BEE">
              <w:rPr>
                <w:lang w:val="ru-RU"/>
              </w:rPr>
              <w:br/>
            </w:r>
            <w:r w:rsidRPr="00186BEE">
              <w:rPr>
                <w:rFonts w:ascii="Times New Roman" w:eastAsia="Times New Roman" w:hAnsi="Times New Roman"/>
                <w:color w:val="000000"/>
                <w:w w:val="97"/>
                <w:sz w:val="16"/>
                <w:lang w:val="ru-RU"/>
              </w:rPr>
              <w:t xml:space="preserve">прямоугольник с заданными длинами сторон; </w:t>
            </w:r>
            <w:r w:rsidRPr="00186BEE">
              <w:rPr>
                <w:lang w:val="ru-RU"/>
              </w:rPr>
              <w:br/>
            </w:r>
            <w:r w:rsidRPr="00186BEE">
              <w:rPr>
                <w:rFonts w:ascii="Times New Roman" w:eastAsia="Times New Roman" w:hAnsi="Times New Roman"/>
                <w:color w:val="000000"/>
                <w:w w:val="97"/>
                <w:sz w:val="16"/>
                <w:lang w:val="ru-RU"/>
              </w:rPr>
              <w:t xml:space="preserve">Исследовать свойства прямоугольника, квадрата путём </w:t>
            </w:r>
            <w:r w:rsidRPr="00186BEE">
              <w:rPr>
                <w:lang w:val="ru-RU"/>
              </w:rPr>
              <w:br/>
            </w:r>
            <w:r w:rsidRPr="00186BEE">
              <w:rPr>
                <w:rFonts w:ascii="Times New Roman" w:eastAsia="Times New Roman" w:hAnsi="Times New Roman"/>
                <w:color w:val="000000"/>
                <w:w w:val="97"/>
                <w:sz w:val="16"/>
                <w:lang w:val="ru-RU"/>
              </w:rPr>
              <w:t xml:space="preserve">эксперимента, наблюдения, измерения, моделирования; </w:t>
            </w:r>
            <w:r w:rsidRPr="00186BEE">
              <w:rPr>
                <w:lang w:val="ru-RU"/>
              </w:rPr>
              <w:br/>
            </w:r>
            <w:r w:rsidRPr="00186BEE">
              <w:rPr>
                <w:rFonts w:ascii="Times New Roman" w:eastAsia="Times New Roman" w:hAnsi="Times New Roman"/>
                <w:color w:val="000000"/>
                <w:w w:val="97"/>
                <w:sz w:val="16"/>
                <w:lang w:val="ru-RU"/>
              </w:rPr>
              <w:t xml:space="preserve">сравнивать свойства квадрата и прямоугольника; </w:t>
            </w:r>
            <w:r w:rsidRPr="00186BEE">
              <w:rPr>
                <w:lang w:val="ru-RU"/>
              </w:rPr>
              <w:br/>
            </w:r>
            <w:r w:rsidRPr="00186BEE">
              <w:rPr>
                <w:rFonts w:ascii="Times New Roman" w:eastAsia="Times New Roman" w:hAnsi="Times New Roman"/>
                <w:color w:val="000000"/>
                <w:w w:val="97"/>
                <w:sz w:val="16"/>
                <w:lang w:val="ru-RU"/>
              </w:rPr>
              <w:t xml:space="preserve">Выражать величину площади в различных единицах измерения метрической системы мер, понимать и использовать </w:t>
            </w:r>
            <w:r w:rsidRPr="00186BEE">
              <w:rPr>
                <w:lang w:val="ru-RU"/>
              </w:rPr>
              <w:br/>
            </w:r>
            <w:r w:rsidRPr="00186BEE">
              <w:rPr>
                <w:rFonts w:ascii="Times New Roman" w:eastAsia="Times New Roman" w:hAnsi="Times New Roman"/>
                <w:color w:val="000000"/>
                <w:w w:val="97"/>
                <w:sz w:val="16"/>
                <w:lang w:val="ru-RU"/>
              </w:rPr>
              <w:t xml:space="preserve">зависимости между метрическими единицами измерения </w:t>
            </w:r>
            <w:r w:rsidRPr="00186BEE">
              <w:rPr>
                <w:lang w:val="ru-RU"/>
              </w:rPr>
              <w:br/>
            </w:r>
            <w:r w:rsidRPr="00186BEE">
              <w:rPr>
                <w:rFonts w:ascii="Times New Roman" w:eastAsia="Times New Roman" w:hAnsi="Times New Roman"/>
                <w:color w:val="000000"/>
                <w:w w:val="97"/>
                <w:sz w:val="16"/>
                <w:lang w:val="ru-RU"/>
              </w:rPr>
              <w:t>площади;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/7732/</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/325583/</w:t>
            </w:r>
          </w:p>
        </w:tc>
      </w:tr>
      <w:tr w:rsidR="00227D1F" w:rsidRPr="004C5681">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4.6.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221F1F"/>
                <w:w w:val="97"/>
                <w:sz w:val="16"/>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28.02.2023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Вычислять: периметр треугольника, прямоугольника, </w:t>
            </w:r>
            <w:r w:rsidRPr="00186BEE">
              <w:rPr>
                <w:lang w:val="ru-RU"/>
              </w:rPr>
              <w:br/>
            </w:r>
            <w:r w:rsidRPr="00186BEE">
              <w:rPr>
                <w:rFonts w:ascii="Times New Roman" w:eastAsia="Times New Roman" w:hAnsi="Times New Roman"/>
                <w:color w:val="000000"/>
                <w:w w:val="97"/>
                <w:sz w:val="16"/>
                <w:lang w:val="ru-RU"/>
              </w:rPr>
              <w:t xml:space="preserve">многоугольника; площадь прямоугольника, квадрата; </w:t>
            </w:r>
            <w:r w:rsidRPr="00186BEE">
              <w:rPr>
                <w:lang w:val="ru-RU"/>
              </w:rPr>
              <w:br/>
            </w:r>
            <w:r w:rsidRPr="00186BEE">
              <w:rPr>
                <w:rFonts w:ascii="Times New Roman" w:eastAsia="Times New Roman" w:hAnsi="Times New Roman"/>
                <w:color w:val="000000"/>
                <w:w w:val="97"/>
                <w:sz w:val="16"/>
                <w:lang w:val="ru-RU"/>
              </w:rPr>
              <w:t xml:space="preserve">Использовать свойства квадратной сетки для построения фигур; разбивать прямоугольник на квадраты, треугольники; </w:t>
            </w:r>
            <w:r w:rsidRPr="00186BEE">
              <w:rPr>
                <w:lang w:val="ru-RU"/>
              </w:rPr>
              <w:br/>
            </w:r>
            <w:r w:rsidRPr="00186BEE">
              <w:rPr>
                <w:rFonts w:ascii="Times New Roman" w:eastAsia="Times New Roman" w:hAnsi="Times New Roman"/>
                <w:color w:val="000000"/>
                <w:w w:val="97"/>
                <w:sz w:val="16"/>
                <w:lang w:val="ru-RU"/>
              </w:rPr>
              <w:t>составлять фигуры из квадратов и прямоугольников и находить их площадь, разбивать фигуры на прямоугольники и квадраты и находить их площадь;</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/7726/</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/234603/</w:t>
            </w:r>
          </w:p>
        </w:tc>
      </w:tr>
      <w:tr w:rsidR="00227D1F">
        <w:trPr>
          <w:trHeight w:hRule="exact" w:val="348"/>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b/>
                <w:color w:val="000000"/>
                <w:w w:val="97"/>
                <w:sz w:val="16"/>
              </w:rPr>
              <w:t xml:space="preserve">Раздел 5. </w:t>
            </w:r>
            <w:r>
              <w:rPr>
                <w:rFonts w:ascii="Times New Roman" w:eastAsia="Times New Roman" w:hAnsi="Times New Roman"/>
                <w:b/>
                <w:color w:val="221F1F"/>
                <w:w w:val="97"/>
                <w:sz w:val="16"/>
              </w:rPr>
              <w:t xml:space="preserve">Десятичные дроби </w:t>
            </w:r>
          </w:p>
        </w:tc>
      </w:tr>
      <w:tr w:rsidR="00227D1F" w:rsidRPr="004C5681">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5.1.</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Десятичная запись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01.03.2023 03.03.2023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0" w:lineRule="auto"/>
              <w:ind w:left="72"/>
              <w:rPr>
                <w:lang w:val="ru-RU"/>
              </w:rPr>
            </w:pPr>
            <w:r w:rsidRPr="00186BEE">
              <w:rPr>
                <w:rFonts w:ascii="Times New Roman" w:eastAsia="Times New Roman" w:hAnsi="Times New Roman"/>
                <w:color w:val="000000"/>
                <w:w w:val="97"/>
                <w:sz w:val="16"/>
                <w:lang w:val="ru-RU"/>
              </w:rPr>
              <w:t xml:space="preserve">Представлять десятичную дробь в виде обыкновенной, читать и записывать, сравнивать десятичные дроби, предлагать, </w:t>
            </w:r>
            <w:r w:rsidRPr="00186BEE">
              <w:rPr>
                <w:lang w:val="ru-RU"/>
              </w:rPr>
              <w:br/>
            </w:r>
            <w:r w:rsidRPr="00186BEE">
              <w:rPr>
                <w:rFonts w:ascii="Times New Roman" w:eastAsia="Times New Roman" w:hAnsi="Times New Roman"/>
                <w:color w:val="000000"/>
                <w:w w:val="97"/>
                <w:sz w:val="16"/>
                <w:lang w:val="ru-RU"/>
              </w:rPr>
              <w:t xml:space="preserve">обосновывать и обсуждать способы упорядочивания </w:t>
            </w:r>
            <w:r w:rsidRPr="00186BEE">
              <w:rPr>
                <w:lang w:val="ru-RU"/>
              </w:rPr>
              <w:br/>
            </w:r>
            <w:r w:rsidRPr="00186BEE">
              <w:rPr>
                <w:rFonts w:ascii="Times New Roman" w:eastAsia="Times New Roman" w:hAnsi="Times New Roman"/>
                <w:color w:val="000000"/>
                <w:w w:val="97"/>
                <w:sz w:val="16"/>
                <w:lang w:val="ru-RU"/>
              </w:rPr>
              <w:t>десятичных дробей;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Диктант;</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ind w:left="74"/>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/703/</w:t>
            </w:r>
          </w:p>
        </w:tc>
      </w:tr>
      <w:tr w:rsidR="00227D1F" w:rsidRPr="004C5681">
        <w:trPr>
          <w:trHeight w:hRule="exact" w:val="12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5.2.</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221F1F"/>
                <w:w w:val="97"/>
                <w:sz w:val="16"/>
              </w:rPr>
              <w:t>Сравнение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06.03.2023 07.03.2023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Представлять десятичную дробь в виде обыкновенной, читать и записывать, сравнивать десятичные дроби, предлагать, </w:t>
            </w:r>
            <w:r w:rsidRPr="00186BEE">
              <w:rPr>
                <w:lang w:val="ru-RU"/>
              </w:rPr>
              <w:br/>
            </w:r>
            <w:r w:rsidRPr="00186BEE">
              <w:rPr>
                <w:rFonts w:ascii="Times New Roman" w:eastAsia="Times New Roman" w:hAnsi="Times New Roman"/>
                <w:color w:val="000000"/>
                <w:w w:val="97"/>
                <w:sz w:val="16"/>
                <w:lang w:val="ru-RU"/>
              </w:rPr>
              <w:t xml:space="preserve">обосновывать и обсуждать способы упорядочивания </w:t>
            </w:r>
            <w:r w:rsidRPr="00186BEE">
              <w:rPr>
                <w:lang w:val="ru-RU"/>
              </w:rPr>
              <w:br/>
            </w:r>
            <w:r w:rsidRPr="00186BEE">
              <w:rPr>
                <w:rFonts w:ascii="Times New Roman" w:eastAsia="Times New Roman" w:hAnsi="Times New Roman"/>
                <w:color w:val="000000"/>
                <w:w w:val="97"/>
                <w:sz w:val="16"/>
                <w:lang w:val="ru-RU"/>
              </w:rPr>
              <w:t xml:space="preserve">десятичных дробей; </w:t>
            </w:r>
            <w:r w:rsidRPr="00186BEE">
              <w:rPr>
                <w:lang w:val="ru-RU"/>
              </w:rPr>
              <w:br/>
            </w:r>
            <w:r w:rsidRPr="00186BEE">
              <w:rPr>
                <w:rFonts w:ascii="Times New Roman" w:eastAsia="Times New Roman" w:hAnsi="Times New Roman"/>
                <w:color w:val="000000"/>
                <w:w w:val="97"/>
                <w:sz w:val="16"/>
                <w:lang w:val="ru-RU"/>
              </w:rPr>
              <w:t xml:space="preserve">Изображать десятичные дроби точками на координатной </w:t>
            </w:r>
            <w:r w:rsidRPr="00186BEE">
              <w:rPr>
                <w:lang w:val="ru-RU"/>
              </w:rPr>
              <w:br/>
            </w:r>
            <w:r w:rsidRPr="00186BEE">
              <w:rPr>
                <w:rFonts w:ascii="Times New Roman" w:eastAsia="Times New Roman" w:hAnsi="Times New Roman"/>
                <w:color w:val="000000"/>
                <w:w w:val="97"/>
                <w:sz w:val="16"/>
                <w:lang w:val="ru-RU"/>
              </w:rPr>
              <w:t>прямой;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Диктант;</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ind w:left="74"/>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/704/</w:t>
            </w:r>
          </w:p>
        </w:tc>
      </w:tr>
    </w:tbl>
    <w:p w:rsidR="00227D1F" w:rsidRPr="00186BEE" w:rsidRDefault="00227D1F">
      <w:pPr>
        <w:autoSpaceDE w:val="0"/>
        <w:autoSpaceDN w:val="0"/>
        <w:spacing w:after="0" w:line="14" w:lineRule="exact"/>
        <w:rPr>
          <w:lang w:val="ru-RU"/>
        </w:rPr>
      </w:pPr>
    </w:p>
    <w:p w:rsidR="00227D1F" w:rsidRPr="00186BEE" w:rsidRDefault="00227D1F">
      <w:pPr>
        <w:rPr>
          <w:lang w:val="ru-RU"/>
        </w:rPr>
        <w:sectPr w:rsidR="00227D1F" w:rsidRPr="00186BEE">
          <w:pgSz w:w="16840" w:h="11900"/>
          <w:pgMar w:top="284" w:right="640" w:bottom="694" w:left="666" w:header="720" w:footer="720" w:gutter="0"/>
          <w:cols w:space="720" w:equalWidth="0">
            <w:col w:w="15534" w:space="0"/>
          </w:cols>
          <w:docGrid w:linePitch="360"/>
        </w:sectPr>
      </w:pPr>
    </w:p>
    <w:p w:rsidR="00227D1F" w:rsidRPr="00186BEE" w:rsidRDefault="00227D1F">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rsidRPr="004C5681">
        <w:trPr>
          <w:trHeight w:hRule="exact" w:val="18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5.3.</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right="432"/>
            </w:pPr>
            <w:r>
              <w:rPr>
                <w:rFonts w:ascii="Times New Roman" w:eastAsia="Times New Roman" w:hAnsi="Times New Roman"/>
                <w:color w:val="221F1F"/>
                <w:w w:val="97"/>
                <w:sz w:val="16"/>
              </w:rPr>
              <w:t>Действия с 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09.03.2023 12.04.2023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Выявлять сходства и различия правил арифметических действий с натуральными числами и десятичными дробями, объяснять их; Выполнять арифметические действия с десятичными дробями; выполнять прикидку и оценку результата вычислений; </w:t>
            </w:r>
            <w:r w:rsidRPr="00186BEE">
              <w:rPr>
                <w:lang w:val="ru-RU"/>
              </w:rPr>
              <w:br/>
            </w:r>
            <w:r w:rsidRPr="00186BEE">
              <w:rPr>
                <w:rFonts w:ascii="Times New Roman" w:eastAsia="Times New Roman" w:hAnsi="Times New Roman"/>
                <w:color w:val="000000"/>
                <w:w w:val="97"/>
                <w:sz w:val="16"/>
                <w:lang w:val="ru-RU"/>
              </w:rPr>
              <w:t xml:space="preserve">Применять свойства арифметических действий для </w:t>
            </w:r>
            <w:r w:rsidRPr="00186BEE">
              <w:rPr>
                <w:lang w:val="ru-RU"/>
              </w:rPr>
              <w:br/>
            </w:r>
            <w:r w:rsidRPr="00186BEE">
              <w:rPr>
                <w:rFonts w:ascii="Times New Roman" w:eastAsia="Times New Roman" w:hAnsi="Times New Roman"/>
                <w:color w:val="000000"/>
                <w:w w:val="97"/>
                <w:sz w:val="16"/>
                <w:lang w:val="ru-RU"/>
              </w:rPr>
              <w:t>рационализации вычислений;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4" w:lineRule="auto"/>
              <w:ind w:left="72"/>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 xml:space="preserve">работа; </w:t>
            </w:r>
            <w:r w:rsidRPr="00186BEE">
              <w:rPr>
                <w:lang w:val="ru-RU"/>
              </w:rPr>
              <w:br/>
            </w:r>
            <w:r w:rsidRPr="00186BEE">
              <w:rPr>
                <w:rFonts w:ascii="Times New Roman" w:eastAsia="Times New Roman" w:hAnsi="Times New Roman"/>
                <w:color w:val="000000"/>
                <w:w w:val="97"/>
                <w:sz w:val="16"/>
                <w:lang w:val="ru-RU"/>
              </w:rPr>
              <w:t xml:space="preserve">Самооценка с </w:t>
            </w:r>
            <w:r w:rsidRPr="00186BEE">
              <w:rPr>
                <w:lang w:val="ru-RU"/>
              </w:rPr>
              <w:br/>
            </w:r>
            <w:proofErr w:type="spellStart"/>
            <w:r w:rsidRPr="00186BEE">
              <w:rPr>
                <w:rFonts w:ascii="Times New Roman" w:eastAsia="Times New Roman" w:hAnsi="Times New Roman"/>
                <w:color w:val="000000"/>
                <w:w w:val="97"/>
                <w:sz w:val="16"/>
                <w:lang w:val="ru-RU"/>
              </w:rPr>
              <w:t>использованием«Оценочного</w:t>
            </w:r>
            <w:proofErr w:type="spellEnd"/>
            <w:r w:rsidRPr="00186BEE">
              <w:rPr>
                <w:rFonts w:ascii="Times New Roman" w:eastAsia="Times New Roman" w:hAnsi="Times New Roman"/>
                <w:color w:val="000000"/>
                <w:w w:val="97"/>
                <w:sz w:val="16"/>
                <w:lang w:val="ru-RU"/>
              </w:rPr>
              <w:t xml:space="preserve"> </w:t>
            </w:r>
            <w:r w:rsidRPr="00186BEE">
              <w:rPr>
                <w:lang w:val="ru-RU"/>
              </w:rPr>
              <w:br/>
            </w:r>
            <w:r w:rsidRPr="00186BEE">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5" w:lineRule="auto"/>
              <w:ind w:left="74" w:right="864"/>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 xml:space="preserve">/722/ </w:t>
            </w: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/674/</w:t>
            </w:r>
          </w:p>
        </w:tc>
      </w:tr>
      <w:tr w:rsidR="00227D1F" w:rsidRPr="004C5681">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30" w:lineRule="auto"/>
              <w:jc w:val="center"/>
            </w:pPr>
            <w:r>
              <w:rPr>
                <w:rFonts w:ascii="Times New Roman" w:eastAsia="Times New Roman" w:hAnsi="Times New Roman"/>
                <w:color w:val="000000"/>
                <w:w w:val="97"/>
                <w:sz w:val="16"/>
              </w:rPr>
              <w:t>.5.4.</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45" w:lineRule="auto"/>
              <w:ind w:left="72" w:right="432"/>
            </w:pPr>
            <w:r>
              <w:rPr>
                <w:rFonts w:ascii="Times New Roman" w:eastAsia="Times New Roman" w:hAnsi="Times New Roman"/>
                <w:color w:val="221F1F"/>
                <w:w w:val="97"/>
                <w:sz w:val="16"/>
              </w:rPr>
              <w:t>Округление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80" w:after="0" w:line="245" w:lineRule="auto"/>
              <w:jc w:val="center"/>
            </w:pPr>
            <w:r>
              <w:rPr>
                <w:rFonts w:ascii="Times New Roman" w:eastAsia="Times New Roman" w:hAnsi="Times New Roman"/>
                <w:color w:val="000000"/>
                <w:w w:val="97"/>
                <w:sz w:val="16"/>
              </w:rPr>
              <w:t>13.04.2023 17.04.2023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80" w:after="0" w:line="254" w:lineRule="auto"/>
              <w:ind w:left="72" w:right="144"/>
              <w:rPr>
                <w:lang w:val="ru-RU"/>
              </w:rPr>
            </w:pPr>
            <w:r w:rsidRPr="00186BEE">
              <w:rPr>
                <w:rFonts w:ascii="Times New Roman" w:eastAsia="Times New Roman" w:hAnsi="Times New Roman"/>
                <w:color w:val="000000"/>
                <w:w w:val="97"/>
                <w:sz w:val="16"/>
                <w:lang w:val="ru-RU"/>
              </w:rPr>
              <w:t xml:space="preserve">Выполнять арифметические действия с десятичными дробями; выполнять прикидку и оценку результата вычислений; </w:t>
            </w:r>
            <w:r w:rsidRPr="00186BEE">
              <w:rPr>
                <w:lang w:val="ru-RU"/>
              </w:rPr>
              <w:br/>
            </w:r>
            <w:r w:rsidRPr="00186BEE">
              <w:rPr>
                <w:rFonts w:ascii="Times New Roman" w:eastAsia="Times New Roman" w:hAnsi="Times New Roman"/>
                <w:color w:val="000000"/>
                <w:w w:val="97"/>
                <w:sz w:val="16"/>
                <w:lang w:val="ru-RU"/>
              </w:rPr>
              <w:t xml:space="preserve">Применять свойства арифметических действий для </w:t>
            </w:r>
            <w:r w:rsidRPr="00186BEE">
              <w:rPr>
                <w:lang w:val="ru-RU"/>
              </w:rPr>
              <w:br/>
            </w:r>
            <w:r w:rsidRPr="00186BEE">
              <w:rPr>
                <w:rFonts w:ascii="Times New Roman" w:eastAsia="Times New Roman" w:hAnsi="Times New Roman"/>
                <w:color w:val="000000"/>
                <w:w w:val="97"/>
                <w:sz w:val="16"/>
                <w:lang w:val="ru-RU"/>
              </w:rPr>
              <w:t xml:space="preserve">рационализации вычислений; </w:t>
            </w:r>
            <w:r w:rsidRPr="00186BEE">
              <w:rPr>
                <w:lang w:val="ru-RU"/>
              </w:rPr>
              <w:br/>
            </w:r>
            <w:r w:rsidRPr="00186BEE">
              <w:rPr>
                <w:rFonts w:ascii="Times New Roman" w:eastAsia="Times New Roman" w:hAnsi="Times New Roman"/>
                <w:color w:val="000000"/>
                <w:w w:val="97"/>
                <w:sz w:val="16"/>
                <w:lang w:val="ru-RU"/>
              </w:rPr>
              <w:t xml:space="preserve">Применять правило округления десятичных дробей; </w:t>
            </w:r>
            <w:r w:rsidRPr="00186BEE">
              <w:rPr>
                <w:lang w:val="ru-RU"/>
              </w:rPr>
              <w:br/>
            </w:r>
            <w:r w:rsidRPr="00186BEE">
              <w:rPr>
                <w:rFonts w:ascii="Times New Roman" w:eastAsia="Times New Roman" w:hAnsi="Times New Roman"/>
                <w:color w:val="000000"/>
                <w:w w:val="97"/>
                <w:sz w:val="16"/>
                <w:lang w:val="ru-RU"/>
              </w:rPr>
              <w:t xml:space="preserve">Оперировать дробными числами в реальных жизненных </w:t>
            </w:r>
            <w:r w:rsidRPr="00186BEE">
              <w:rPr>
                <w:lang w:val="ru-RU"/>
              </w:rPr>
              <w:br/>
            </w:r>
            <w:r w:rsidRPr="00186BEE">
              <w:rPr>
                <w:rFonts w:ascii="Times New Roman" w:eastAsia="Times New Roman" w:hAnsi="Times New Roman"/>
                <w:color w:val="000000"/>
                <w:w w:val="97"/>
                <w:sz w:val="16"/>
                <w:lang w:val="ru-RU"/>
              </w:rPr>
              <w:t>ситуациях;</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80"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Тестирование;</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80" w:after="0" w:line="230" w:lineRule="auto"/>
              <w:ind w:left="74"/>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homework</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new</w:t>
            </w:r>
            <w:r w:rsidRPr="00186BEE">
              <w:rPr>
                <w:rFonts w:ascii="Times New Roman" w:eastAsia="Times New Roman" w:hAnsi="Times New Roman"/>
                <w:color w:val="000000"/>
                <w:w w:val="97"/>
                <w:sz w:val="16"/>
                <w:lang w:val="ru-RU"/>
              </w:rPr>
              <w:t>/487/</w:t>
            </w:r>
          </w:p>
        </w:tc>
      </w:tr>
      <w:tr w:rsidR="00227D1F" w:rsidRPr="004C5681">
        <w:trPr>
          <w:trHeight w:hRule="exact" w:val="227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5.5.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ight="288"/>
              <w:rPr>
                <w:lang w:val="ru-RU"/>
              </w:rPr>
            </w:pPr>
            <w:r w:rsidRPr="00186BEE">
              <w:rPr>
                <w:rFonts w:ascii="Times New Roman" w:eastAsia="Times New Roman" w:hAnsi="Times New Roman"/>
                <w:color w:val="221F1F"/>
                <w:w w:val="97"/>
                <w:sz w:val="16"/>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18.04.2023 25.04.2023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Решать текстовые задачи, содержащие дробные данные, и на нахождение части целого и целого по его части; выявлять их сходства и различия; </w:t>
            </w:r>
            <w:r w:rsidRPr="00186BEE">
              <w:rPr>
                <w:lang w:val="ru-RU"/>
              </w:rPr>
              <w:br/>
            </w:r>
            <w:r w:rsidRPr="00186BEE">
              <w:rPr>
                <w:rFonts w:ascii="Times New Roman" w:eastAsia="Times New Roman" w:hAnsi="Times New Roman"/>
                <w:color w:val="000000"/>
                <w:w w:val="97"/>
                <w:sz w:val="16"/>
                <w:lang w:val="ru-RU"/>
              </w:rPr>
              <w:t xml:space="preserve">Моделировать ход решения задачи с помощью рисунка, схемы, таблицы. Приводить, разбирать, оценивать различные решения, записи решений текстовых задач; </w:t>
            </w:r>
            <w:r w:rsidRPr="00186BEE">
              <w:rPr>
                <w:lang w:val="ru-RU"/>
              </w:rPr>
              <w:br/>
            </w:r>
            <w:r w:rsidRPr="00186BEE">
              <w:rPr>
                <w:rFonts w:ascii="Times New Roman" w:eastAsia="Times New Roman" w:hAnsi="Times New Roman"/>
                <w:color w:val="000000"/>
                <w:w w:val="97"/>
                <w:sz w:val="16"/>
                <w:lang w:val="ru-RU"/>
              </w:rPr>
              <w:t xml:space="preserve">Оперировать дробными числами в реальных жизненных </w:t>
            </w:r>
            <w:r w:rsidRPr="00186BEE">
              <w:rPr>
                <w:lang w:val="ru-RU"/>
              </w:rPr>
              <w:br/>
            </w:r>
            <w:r w:rsidRPr="00186BEE">
              <w:rPr>
                <w:rFonts w:ascii="Times New Roman" w:eastAsia="Times New Roman" w:hAnsi="Times New Roman"/>
                <w:color w:val="000000"/>
                <w:w w:val="97"/>
                <w:sz w:val="16"/>
                <w:lang w:val="ru-RU"/>
              </w:rPr>
              <w:t xml:space="preserve">ситуациях;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Тестирование;</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ind w:left="74"/>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homework</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new</w:t>
            </w:r>
            <w:r w:rsidRPr="00186BEE">
              <w:rPr>
                <w:rFonts w:ascii="Times New Roman" w:eastAsia="Times New Roman" w:hAnsi="Times New Roman"/>
                <w:color w:val="000000"/>
                <w:w w:val="97"/>
                <w:sz w:val="16"/>
                <w:lang w:val="ru-RU"/>
              </w:rPr>
              <w:t>/487/</w:t>
            </w:r>
          </w:p>
        </w:tc>
      </w:tr>
      <w:tr w:rsidR="00227D1F" w:rsidRPr="004C5681">
        <w:trPr>
          <w:trHeight w:hRule="exact" w:val="226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5.6.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ind w:left="72"/>
              <w:rPr>
                <w:lang w:val="ru-RU"/>
              </w:rPr>
            </w:pPr>
            <w:r w:rsidRPr="00186BEE">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jc w:val="center"/>
            </w:pPr>
            <w:r>
              <w:rPr>
                <w:rFonts w:ascii="Times New Roman" w:eastAsia="Times New Roman" w:hAnsi="Times New Roman"/>
                <w:color w:val="000000"/>
                <w:w w:val="97"/>
                <w:sz w:val="16"/>
              </w:rPr>
              <w:t>26.04.2023 05.05.2023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4" w:lineRule="auto"/>
              <w:ind w:left="72"/>
              <w:rPr>
                <w:lang w:val="ru-RU"/>
              </w:rPr>
            </w:pPr>
            <w:r w:rsidRPr="00186BEE">
              <w:rPr>
                <w:rFonts w:ascii="Times New Roman" w:eastAsia="Times New Roman" w:hAnsi="Times New Roman"/>
                <w:color w:val="000000"/>
                <w:w w:val="97"/>
                <w:sz w:val="16"/>
                <w:lang w:val="ru-RU"/>
              </w:rPr>
              <w:t xml:space="preserve">Решать текстовые задачи, содержащие дробные данные, и на нахождение части целого и целого по его части; выявлять их сходства и различия; </w:t>
            </w:r>
            <w:r w:rsidRPr="00186BEE">
              <w:rPr>
                <w:lang w:val="ru-RU"/>
              </w:rPr>
              <w:br/>
            </w:r>
            <w:r w:rsidRPr="00186BEE">
              <w:rPr>
                <w:rFonts w:ascii="Times New Roman" w:eastAsia="Times New Roman" w:hAnsi="Times New Roman"/>
                <w:color w:val="000000"/>
                <w:w w:val="97"/>
                <w:sz w:val="16"/>
                <w:lang w:val="ru-RU"/>
              </w:rPr>
              <w:t xml:space="preserve">Моделировать ход решения задачи с помощью рисунка, схемы, таблицы. Приводить, разбирать, оценивать различные решения, записи решений текстовых задач; </w:t>
            </w:r>
            <w:r w:rsidRPr="00186BEE">
              <w:rPr>
                <w:lang w:val="ru-RU"/>
              </w:rPr>
              <w:br/>
            </w:r>
            <w:r w:rsidRPr="00186BEE">
              <w:rPr>
                <w:rFonts w:ascii="Times New Roman" w:eastAsia="Times New Roman" w:hAnsi="Times New Roman"/>
                <w:color w:val="000000"/>
                <w:w w:val="97"/>
                <w:sz w:val="16"/>
                <w:lang w:val="ru-RU"/>
              </w:rPr>
              <w:t xml:space="preserve">Оперировать дробными числами в реальных жизненных </w:t>
            </w:r>
            <w:r w:rsidRPr="00186BEE">
              <w:rPr>
                <w:lang w:val="ru-RU"/>
              </w:rPr>
              <w:br/>
            </w:r>
            <w:r w:rsidRPr="00186BEE">
              <w:rPr>
                <w:rFonts w:ascii="Times New Roman" w:eastAsia="Times New Roman" w:hAnsi="Times New Roman"/>
                <w:color w:val="000000"/>
                <w:w w:val="97"/>
                <w:sz w:val="16"/>
                <w:lang w:val="ru-RU"/>
              </w:rPr>
              <w:t xml:space="preserve">ситуациях; </w:t>
            </w:r>
            <w:r w:rsidRPr="00186BEE">
              <w:rPr>
                <w:lang w:val="ru-RU"/>
              </w:rPr>
              <w:br/>
            </w:r>
            <w:r w:rsidRPr="00186BEE">
              <w:rPr>
                <w:rFonts w:ascii="Times New Roman" w:eastAsia="Times New Roman" w:hAnsi="Times New Roman"/>
                <w:color w:val="000000"/>
                <w:w w:val="97"/>
                <w:sz w:val="16"/>
                <w:lang w:val="ru-RU"/>
              </w:rPr>
              <w:t xml:space="preserve">Критически оценивать полученный результат, осуществлять самоконтроль, проверяя ответ на соответствие условию, </w:t>
            </w:r>
            <w:r w:rsidRPr="00186BEE">
              <w:rPr>
                <w:lang w:val="ru-RU"/>
              </w:rPr>
              <w:br/>
            </w:r>
            <w:r w:rsidRPr="00186BEE">
              <w:rPr>
                <w:rFonts w:ascii="Times New Roman" w:eastAsia="Times New Roman" w:hAnsi="Times New Roman"/>
                <w:color w:val="000000"/>
                <w:w w:val="97"/>
                <w:sz w:val="16"/>
                <w:lang w:val="ru-RU"/>
              </w:rPr>
              <w:t>находить ошибки;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6"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ind w:left="74"/>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homework</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new</w:t>
            </w:r>
            <w:r w:rsidRPr="00186BEE">
              <w:rPr>
                <w:rFonts w:ascii="Times New Roman" w:eastAsia="Times New Roman" w:hAnsi="Times New Roman"/>
                <w:color w:val="000000"/>
                <w:w w:val="97"/>
                <w:sz w:val="16"/>
                <w:lang w:val="ru-RU"/>
              </w:rPr>
              <w:t>/487/</w:t>
            </w:r>
          </w:p>
        </w:tc>
      </w:tr>
      <w:tr w:rsidR="00227D1F">
        <w:trPr>
          <w:trHeight w:hRule="exact" w:val="348"/>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38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rsidRPr="004C5681">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ind w:left="72"/>
              <w:rPr>
                <w:lang w:val="ru-RU"/>
              </w:rPr>
            </w:pPr>
            <w:r w:rsidRPr="00186BEE">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227D1F">
        <w:trPr>
          <w:trHeight w:hRule="exact" w:val="12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6.1.</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221F1F"/>
                <w:w w:val="97"/>
                <w:sz w:val="16"/>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08.05.2023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Pr>
                <w:lang w:val="ru-RU"/>
              </w:rPr>
            </w:pPr>
            <w:r w:rsidRPr="00186BEE">
              <w:rPr>
                <w:rFonts w:ascii="Times New Roman" w:eastAsia="Times New Roman" w:hAnsi="Times New Roman"/>
                <w:color w:val="000000"/>
                <w:w w:val="97"/>
                <w:sz w:val="16"/>
                <w:lang w:val="ru-RU"/>
              </w:rPr>
              <w:t xml:space="preserve">Распознавать на чертежах, рисунках, в окружающем мире прямоугольный параллелепипед, куб, многогранники, </w:t>
            </w:r>
            <w:r w:rsidRPr="00186BEE">
              <w:rPr>
                <w:lang w:val="ru-RU"/>
              </w:rPr>
              <w:br/>
            </w:r>
            <w:r w:rsidRPr="00186BEE">
              <w:rPr>
                <w:rFonts w:ascii="Times New Roman" w:eastAsia="Times New Roman" w:hAnsi="Times New Roman"/>
                <w:color w:val="000000"/>
                <w:w w:val="97"/>
                <w:sz w:val="16"/>
                <w:lang w:val="ru-RU"/>
              </w:rPr>
              <w:t xml:space="preserve">описывать, используя терминологию, оценивать линейные размеры; </w:t>
            </w:r>
            <w:r w:rsidRPr="00186BEE">
              <w:rPr>
                <w:lang w:val="ru-RU"/>
              </w:rPr>
              <w:br/>
            </w:r>
            <w:r w:rsidRPr="00186BEE">
              <w:rPr>
                <w:rFonts w:ascii="Times New Roman" w:eastAsia="Times New Roman" w:hAnsi="Times New Roman"/>
                <w:color w:val="000000"/>
                <w:w w:val="97"/>
                <w:sz w:val="16"/>
                <w:lang w:val="ru-RU"/>
              </w:rPr>
              <w:t>Приводить примеры объектов реального мира, имеющих форму многогранника, прямоугольного параллелепипеда, куба;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https://resh.edu.ru/subject/lesson/7731/start/325368/</w:t>
            </w:r>
          </w:p>
        </w:tc>
      </w:tr>
    </w:tbl>
    <w:p w:rsidR="00227D1F" w:rsidRDefault="00227D1F">
      <w:pPr>
        <w:autoSpaceDE w:val="0"/>
        <w:autoSpaceDN w:val="0"/>
        <w:spacing w:after="0" w:line="14" w:lineRule="exact"/>
      </w:pPr>
    </w:p>
    <w:p w:rsidR="00227D1F" w:rsidRDefault="00227D1F">
      <w:pPr>
        <w:sectPr w:rsidR="00227D1F">
          <w:pgSz w:w="16840" w:h="11900"/>
          <w:pgMar w:top="284" w:right="640" w:bottom="694" w:left="666" w:header="720" w:footer="720" w:gutter="0"/>
          <w:cols w:space="720" w:equalWidth="0">
            <w:col w:w="1553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246"/>
        <w:gridCol w:w="528"/>
        <w:gridCol w:w="1104"/>
        <w:gridCol w:w="1142"/>
        <w:gridCol w:w="864"/>
        <w:gridCol w:w="4490"/>
        <w:gridCol w:w="1236"/>
        <w:gridCol w:w="3424"/>
      </w:tblGrid>
      <w:tr w:rsidR="00227D1F">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6.2.</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221F1F"/>
                <w:w w:val="97"/>
                <w:sz w:val="16"/>
              </w:rPr>
              <w:t>Изображение многогранников.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10.05.2023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432"/>
              <w:rPr>
                <w:lang w:val="ru-RU"/>
              </w:rPr>
            </w:pPr>
            <w:r w:rsidRPr="00186BEE">
              <w:rPr>
                <w:rFonts w:ascii="Times New Roman" w:eastAsia="Times New Roman" w:hAnsi="Times New Roman"/>
                <w:color w:val="000000"/>
                <w:w w:val="97"/>
                <w:sz w:val="16"/>
                <w:lang w:val="ru-RU"/>
              </w:rPr>
              <w:t xml:space="preserve">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 </w:t>
            </w:r>
            <w:r w:rsidRPr="00186BEE">
              <w:rPr>
                <w:lang w:val="ru-RU"/>
              </w:rPr>
              <w:br/>
            </w:r>
            <w:r w:rsidRPr="00186BEE">
              <w:rPr>
                <w:rFonts w:ascii="Times New Roman" w:eastAsia="Times New Roman" w:hAnsi="Times New Roman"/>
                <w:color w:val="000000"/>
                <w:w w:val="97"/>
                <w:sz w:val="16"/>
                <w:lang w:val="ru-RU"/>
              </w:rPr>
              <w:t>Изображать куб на клетчатой бумаге;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https://resh.edu.ru/subject/lesson/7731/start/325368/</w:t>
            </w:r>
          </w:p>
        </w:tc>
      </w:tr>
      <w:tr w:rsidR="00227D1F">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6.3.</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221F1F"/>
                <w:w w:val="97"/>
                <w:sz w:val="16"/>
              </w:rPr>
              <w:t>Модели пространственных тел.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11.05.2023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Исследовать свойства куба, прямоугольного параллелепипеда, многогранников, используя модели; </w:t>
            </w:r>
            <w:r w:rsidRPr="00186BEE">
              <w:rPr>
                <w:lang w:val="ru-RU"/>
              </w:rPr>
              <w:br/>
            </w:r>
            <w:r w:rsidRPr="00186BEE">
              <w:rPr>
                <w:rFonts w:ascii="Times New Roman" w:eastAsia="Times New Roman" w:hAnsi="Times New Roman"/>
                <w:color w:val="000000"/>
                <w:w w:val="97"/>
                <w:sz w:val="16"/>
                <w:lang w:val="ru-RU"/>
              </w:rPr>
              <w:t xml:space="preserve">Распознавать истинные и ложные высказывания о </w:t>
            </w:r>
            <w:r w:rsidRPr="00186BEE">
              <w:rPr>
                <w:lang w:val="ru-RU"/>
              </w:rPr>
              <w:br/>
            </w:r>
            <w:r w:rsidRPr="00186BEE">
              <w:rPr>
                <w:rFonts w:ascii="Times New Roman" w:eastAsia="Times New Roman" w:hAnsi="Times New Roman"/>
                <w:color w:val="000000"/>
                <w:w w:val="97"/>
                <w:sz w:val="16"/>
                <w:lang w:val="ru-RU"/>
              </w:rPr>
              <w:t xml:space="preserve">многогранниках, приводить примеры и </w:t>
            </w:r>
            <w:proofErr w:type="spellStart"/>
            <w:r w:rsidRPr="00186BEE">
              <w:rPr>
                <w:rFonts w:ascii="Times New Roman" w:eastAsia="Times New Roman" w:hAnsi="Times New Roman"/>
                <w:color w:val="000000"/>
                <w:w w:val="97"/>
                <w:sz w:val="16"/>
                <w:lang w:val="ru-RU"/>
              </w:rPr>
              <w:t>контрпримеры</w:t>
            </w:r>
            <w:proofErr w:type="spellEnd"/>
            <w:r w:rsidRPr="00186BEE">
              <w:rPr>
                <w:rFonts w:ascii="Times New Roman" w:eastAsia="Times New Roman" w:hAnsi="Times New Roman"/>
                <w:color w:val="000000"/>
                <w:w w:val="97"/>
                <w:sz w:val="16"/>
                <w:lang w:val="ru-RU"/>
              </w:rPr>
              <w:t>, строить высказывания и отрицания высказываний;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5" w:lineRule="auto"/>
              <w:ind w:right="144"/>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Тестирование</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4"/>
            </w:pPr>
            <w:r>
              <w:rPr>
                <w:rFonts w:ascii="Times New Roman" w:eastAsia="Times New Roman" w:hAnsi="Times New Roman"/>
                <w:color w:val="000000"/>
                <w:w w:val="97"/>
                <w:sz w:val="16"/>
              </w:rPr>
              <w:t>Авторская презентация</w:t>
            </w:r>
          </w:p>
        </w:tc>
      </w:tr>
      <w:tr w:rsidR="00227D1F">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6.4.</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ind w:left="72" w:right="720"/>
            </w:pPr>
            <w:r>
              <w:rPr>
                <w:rFonts w:ascii="Times New Roman" w:eastAsia="Times New Roman" w:hAnsi="Times New Roman"/>
                <w:color w:val="221F1F"/>
                <w:w w:val="97"/>
                <w:sz w:val="16"/>
              </w:rPr>
              <w:t xml:space="preserve">Прямоугольный </w:t>
            </w:r>
            <w:r>
              <w:br/>
            </w:r>
            <w:r>
              <w:rPr>
                <w:rFonts w:ascii="Times New Roman" w:eastAsia="Times New Roman" w:hAnsi="Times New Roman"/>
                <w:color w:val="221F1F"/>
                <w:w w:val="97"/>
                <w:sz w:val="16"/>
              </w:rPr>
              <w:t>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12.05.2023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50" w:lineRule="auto"/>
              <w:ind w:left="72" w:right="144"/>
              <w:rPr>
                <w:lang w:val="ru-RU"/>
              </w:rPr>
            </w:pPr>
            <w:r w:rsidRPr="00186BEE">
              <w:rPr>
                <w:rFonts w:ascii="Times New Roman" w:eastAsia="Times New Roman" w:hAnsi="Times New Roman"/>
                <w:color w:val="000000"/>
                <w:w w:val="97"/>
                <w:sz w:val="16"/>
                <w:lang w:val="ru-RU"/>
              </w:rPr>
              <w:t xml:space="preserve">Изображать куб на клетчатой бумаге; </w:t>
            </w:r>
            <w:r w:rsidRPr="00186BEE">
              <w:rPr>
                <w:lang w:val="ru-RU"/>
              </w:rPr>
              <w:br/>
            </w:r>
            <w:r w:rsidRPr="00186BEE">
              <w:rPr>
                <w:rFonts w:ascii="Times New Roman" w:eastAsia="Times New Roman" w:hAnsi="Times New Roman"/>
                <w:color w:val="000000"/>
                <w:w w:val="97"/>
                <w:sz w:val="16"/>
                <w:lang w:val="ru-RU"/>
              </w:rPr>
              <w:t>Исследовать свойства куба, прямоугольного параллелепипеда, многогранников, используя модели;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4"/>
            </w:pPr>
            <w:r>
              <w:rPr>
                <w:rFonts w:ascii="Times New Roman" w:eastAsia="Times New Roman" w:hAnsi="Times New Roman"/>
                <w:color w:val="000000"/>
                <w:w w:val="97"/>
                <w:sz w:val="16"/>
              </w:rPr>
              <w:t>https://resh.edu.ru/homework/new/487/</w:t>
            </w:r>
          </w:p>
        </w:tc>
      </w:tr>
      <w:tr w:rsidR="00227D1F">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6.5.</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45" w:lineRule="auto"/>
              <w:ind w:right="864"/>
              <w:jc w:val="center"/>
            </w:pPr>
            <w:r>
              <w:rPr>
                <w:rFonts w:ascii="Times New Roman" w:eastAsia="Times New Roman" w:hAnsi="Times New Roman"/>
                <w:color w:val="221F1F"/>
                <w:w w:val="97"/>
                <w:sz w:val="16"/>
              </w:rPr>
              <w:t>Развёртки куба и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jc w:val="center"/>
            </w:pPr>
            <w:r>
              <w:rPr>
                <w:rFonts w:ascii="Times New Roman" w:eastAsia="Times New Roman" w:hAnsi="Times New Roman"/>
                <w:color w:val="000000"/>
                <w:w w:val="97"/>
                <w:sz w:val="16"/>
              </w:rPr>
              <w:t>13.05.2023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33" w:lineRule="auto"/>
              <w:ind w:left="72"/>
              <w:rPr>
                <w:lang w:val="ru-RU"/>
              </w:rPr>
            </w:pPr>
            <w:r w:rsidRPr="00186BEE">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4"/>
            </w:pPr>
            <w:r>
              <w:rPr>
                <w:rFonts w:ascii="Times New Roman" w:eastAsia="Times New Roman" w:hAnsi="Times New Roman"/>
                <w:color w:val="000000"/>
                <w:w w:val="97"/>
                <w:sz w:val="16"/>
              </w:rPr>
              <w:t>https://resh.edu.ru/homework/new/487/</w:t>
            </w:r>
          </w:p>
        </w:tc>
      </w:tr>
      <w:tr w:rsidR="00227D1F">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6.6..</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right="720"/>
            </w:pPr>
            <w:r>
              <w:rPr>
                <w:rFonts w:ascii="Times New Roman" w:eastAsia="Times New Roman" w:hAnsi="Times New Roman"/>
                <w:color w:val="221F1F"/>
                <w:w w:val="97"/>
                <w:sz w:val="16"/>
              </w:rPr>
              <w:t>Практическая работа«Развёртка куба».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15.05.2023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7" w:lineRule="auto"/>
              <w:ind w:left="72" w:right="144"/>
              <w:rPr>
                <w:lang w:val="ru-RU"/>
              </w:rPr>
            </w:pPr>
            <w:r w:rsidRPr="00186BEE">
              <w:rPr>
                <w:rFonts w:ascii="Times New Roman" w:eastAsia="Times New Roman" w:hAnsi="Times New Roman"/>
                <w:color w:val="000000"/>
                <w:w w:val="97"/>
                <w:sz w:val="16"/>
                <w:lang w:val="ru-RU"/>
              </w:rPr>
              <w:t>Распознавать и изображать развёртки куба и параллелепипеда; Моделировать куб и параллелепипед из бумаги и прочих материалов, объяснять способ моделирования;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186BEE">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4"/>
            </w:pPr>
            <w:r>
              <w:rPr>
                <w:rFonts w:ascii="Times New Roman" w:eastAsia="Times New Roman" w:hAnsi="Times New Roman"/>
                <w:color w:val="000000"/>
                <w:w w:val="97"/>
                <w:sz w:val="16"/>
              </w:rPr>
              <w:t>https://resh.edu.ru/homework/new/487/</w:t>
            </w:r>
          </w:p>
        </w:tc>
      </w:tr>
      <w:tr w:rsidR="00227D1F" w:rsidRPr="004C5681">
        <w:trPr>
          <w:trHeight w:hRule="exact" w:val="217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6.7.</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2" w:right="144"/>
            </w:pPr>
            <w:r>
              <w:rPr>
                <w:rFonts w:ascii="Times New Roman" w:eastAsia="Times New Roman" w:hAnsi="Times New Roman"/>
                <w:color w:val="221F1F"/>
                <w:w w:val="97"/>
                <w:sz w:val="16"/>
              </w:rPr>
              <w:t>Объём куба, 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16.05.2023 18.05.2023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144"/>
              <w:rPr>
                <w:lang w:val="ru-RU"/>
              </w:rPr>
            </w:pPr>
            <w:r w:rsidRPr="00186BEE">
              <w:rPr>
                <w:rFonts w:ascii="Times New Roman" w:eastAsia="Times New Roman" w:hAnsi="Times New Roman"/>
                <w:color w:val="000000"/>
                <w:w w:val="97"/>
                <w:sz w:val="16"/>
                <w:lang w:val="ru-RU"/>
              </w:rPr>
              <w:t xml:space="preserve">Находить измерения, вычислять площадь поверхности; объём куба, прямоугольного параллелепипеда; исследовать </w:t>
            </w:r>
            <w:r w:rsidRPr="00186BEE">
              <w:rPr>
                <w:lang w:val="ru-RU"/>
              </w:rPr>
              <w:br/>
            </w:r>
            <w:r w:rsidRPr="00186BEE">
              <w:rPr>
                <w:rFonts w:ascii="Times New Roman" w:eastAsia="Times New Roman" w:hAnsi="Times New Roman"/>
                <w:color w:val="000000"/>
                <w:w w:val="97"/>
                <w:sz w:val="16"/>
                <w:lang w:val="ru-RU"/>
              </w:rPr>
              <w:t xml:space="preserve">зависимость объёма куба от длины его ребра, выдвигать и обосновывать гипотезу; </w:t>
            </w:r>
            <w:r w:rsidRPr="00186BEE">
              <w:rPr>
                <w:lang w:val="ru-RU"/>
              </w:rPr>
              <w:br/>
            </w:r>
            <w:r w:rsidRPr="00186BEE">
              <w:rPr>
                <w:rFonts w:ascii="Times New Roman" w:eastAsia="Times New Roman" w:hAnsi="Times New Roman"/>
                <w:color w:val="000000"/>
                <w:w w:val="97"/>
                <w:sz w:val="16"/>
                <w:lang w:val="ru-RU"/>
              </w:rPr>
              <w:t xml:space="preserve">Наблюдать и проводить аналогии между понятиями площади и объёма, периметра и площади поверхности; </w:t>
            </w:r>
            <w:r w:rsidRPr="00186BEE">
              <w:rPr>
                <w:lang w:val="ru-RU"/>
              </w:rPr>
              <w:br/>
            </w:r>
            <w:r w:rsidRPr="00186BEE">
              <w:rPr>
                <w:rFonts w:ascii="Times New Roman" w:eastAsia="Times New Roman" w:hAnsi="Times New Roman"/>
                <w:color w:val="000000"/>
                <w:w w:val="97"/>
                <w:sz w:val="16"/>
                <w:lang w:val="ru-RU"/>
              </w:rPr>
              <w:t xml:space="preserve">Распознавать истинные и ложные высказывания о </w:t>
            </w:r>
            <w:r w:rsidRPr="00186BEE">
              <w:rPr>
                <w:lang w:val="ru-RU"/>
              </w:rPr>
              <w:br/>
            </w:r>
            <w:r w:rsidRPr="00186BEE">
              <w:rPr>
                <w:rFonts w:ascii="Times New Roman" w:eastAsia="Times New Roman" w:hAnsi="Times New Roman"/>
                <w:color w:val="000000"/>
                <w:w w:val="97"/>
                <w:sz w:val="16"/>
                <w:lang w:val="ru-RU"/>
              </w:rPr>
              <w:t xml:space="preserve">многогранниках, приводить примеры и </w:t>
            </w:r>
            <w:proofErr w:type="spellStart"/>
            <w:r w:rsidRPr="00186BEE">
              <w:rPr>
                <w:rFonts w:ascii="Times New Roman" w:eastAsia="Times New Roman" w:hAnsi="Times New Roman"/>
                <w:color w:val="000000"/>
                <w:w w:val="97"/>
                <w:sz w:val="16"/>
                <w:lang w:val="ru-RU"/>
              </w:rPr>
              <w:t>контрпримеры</w:t>
            </w:r>
            <w:proofErr w:type="spellEnd"/>
            <w:r w:rsidRPr="00186BEE">
              <w:rPr>
                <w:rFonts w:ascii="Times New Roman" w:eastAsia="Times New Roman" w:hAnsi="Times New Roman"/>
                <w:color w:val="000000"/>
                <w:w w:val="97"/>
                <w:sz w:val="16"/>
                <w:lang w:val="ru-RU"/>
              </w:rPr>
              <w:t xml:space="preserve">, строить высказывания и отрицания высказываний; </w:t>
            </w:r>
            <w:r w:rsidRPr="00186BEE">
              <w:rPr>
                <w:lang w:val="ru-RU"/>
              </w:rPr>
              <w:br/>
            </w:r>
            <w:r w:rsidRPr="00186BEE">
              <w:rPr>
                <w:rFonts w:ascii="Times New Roman" w:eastAsia="Times New Roman" w:hAnsi="Times New Roman"/>
                <w:color w:val="000000"/>
                <w:w w:val="97"/>
                <w:sz w:val="16"/>
                <w:lang w:val="ru-RU"/>
              </w:rPr>
              <w:t>Решать задачи из реальной жизни;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186BEE">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186BEE">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186BEE">
              <w:rPr>
                <w:rFonts w:ascii="Times New Roman" w:eastAsia="Times New Roman" w:hAnsi="Times New Roman"/>
                <w:color w:val="000000"/>
                <w:w w:val="97"/>
                <w:sz w:val="16"/>
                <w:lang w:val="ru-RU"/>
              </w:rPr>
              <w:t>/7730/</w:t>
            </w:r>
            <w:r>
              <w:rPr>
                <w:rFonts w:ascii="Times New Roman" w:eastAsia="Times New Roman" w:hAnsi="Times New Roman"/>
                <w:color w:val="000000"/>
                <w:w w:val="97"/>
                <w:sz w:val="16"/>
              </w:rPr>
              <w:t>start</w:t>
            </w:r>
            <w:r w:rsidRPr="00186BEE">
              <w:rPr>
                <w:rFonts w:ascii="Times New Roman" w:eastAsia="Times New Roman" w:hAnsi="Times New Roman"/>
                <w:color w:val="000000"/>
                <w:w w:val="97"/>
                <w:sz w:val="16"/>
                <w:lang w:val="ru-RU"/>
              </w:rPr>
              <w:t>/272360/</w:t>
            </w:r>
          </w:p>
        </w:tc>
      </w:tr>
      <w:tr w:rsidR="00227D1F">
        <w:trPr>
          <w:trHeight w:hRule="exact" w:val="348"/>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348"/>
        </w:trPr>
        <w:tc>
          <w:tcPr>
            <w:tcW w:w="10842"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b/>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Default="00227D1F"/>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246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jc w:val="center"/>
            </w:pPr>
            <w:r>
              <w:rPr>
                <w:rFonts w:ascii="Times New Roman" w:eastAsia="Times New Roman" w:hAnsi="Times New Roman"/>
                <w:color w:val="000000"/>
                <w:w w:val="97"/>
                <w:sz w:val="16"/>
              </w:rPr>
              <w:t>7.1.</w:t>
            </w:r>
          </w:p>
        </w:tc>
        <w:tc>
          <w:tcPr>
            <w:tcW w:w="224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47" w:lineRule="auto"/>
              <w:ind w:left="72"/>
              <w:rPr>
                <w:lang w:val="ru-RU"/>
              </w:rPr>
            </w:pPr>
            <w:r w:rsidRPr="00186BEE">
              <w:rPr>
                <w:rFonts w:ascii="Times New Roman" w:eastAsia="Times New Roman" w:hAnsi="Times New Roman"/>
                <w:color w:val="221F1F"/>
                <w:w w:val="97"/>
                <w:sz w:val="16"/>
                <w:lang w:val="ru-RU"/>
              </w:rPr>
              <w:t xml:space="preserve">Повторение основных понятий и методов курса 5 класса, </w:t>
            </w:r>
            <w:r w:rsidRPr="00186BEE">
              <w:rPr>
                <w:lang w:val="ru-RU"/>
              </w:rPr>
              <w:br/>
            </w:r>
            <w:r w:rsidRPr="00186BEE">
              <w:rPr>
                <w:rFonts w:ascii="Times New Roman" w:eastAsia="Times New Roman" w:hAnsi="Times New Roman"/>
                <w:color w:val="221F1F"/>
                <w:w w:val="97"/>
                <w:sz w:val="16"/>
                <w:lang w:val="ru-RU"/>
              </w:rPr>
              <w:t>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jc w:val="center"/>
            </w:pPr>
            <w:r>
              <w:rPr>
                <w:rFonts w:ascii="Times New Roman" w:eastAsia="Times New Roman" w:hAnsi="Times New Roman"/>
                <w:color w:val="000000"/>
                <w:w w:val="97"/>
                <w:sz w:val="16"/>
              </w:rPr>
              <w:t>20.05.2023 31.05.2023</w:t>
            </w:r>
          </w:p>
        </w:tc>
        <w:tc>
          <w:tcPr>
            <w:tcW w:w="449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8" w:after="0" w:line="254" w:lineRule="auto"/>
              <w:ind w:left="72" w:right="144"/>
              <w:rPr>
                <w:lang w:val="ru-RU"/>
              </w:rPr>
            </w:pPr>
            <w:r w:rsidRPr="00186BEE">
              <w:rPr>
                <w:rFonts w:ascii="Times New Roman" w:eastAsia="Times New Roman" w:hAnsi="Times New Roman"/>
                <w:color w:val="000000"/>
                <w:w w:val="97"/>
                <w:sz w:val="16"/>
                <w:lang w:val="ru-RU"/>
              </w:rPr>
              <w:t xml:space="preserve">Вычислять значения выражений, содержащих натуральные числа, обыкновенные и десятичные дроби, выполнять </w:t>
            </w:r>
            <w:r w:rsidRPr="00186BEE">
              <w:rPr>
                <w:lang w:val="ru-RU"/>
              </w:rPr>
              <w:br/>
            </w:r>
            <w:r w:rsidRPr="00186BEE">
              <w:rPr>
                <w:rFonts w:ascii="Times New Roman" w:eastAsia="Times New Roman" w:hAnsi="Times New Roman"/>
                <w:color w:val="000000"/>
                <w:w w:val="97"/>
                <w:sz w:val="16"/>
                <w:lang w:val="ru-RU"/>
              </w:rPr>
              <w:t xml:space="preserve">преобразования чисел; </w:t>
            </w:r>
            <w:r w:rsidRPr="00186BEE">
              <w:rPr>
                <w:lang w:val="ru-RU"/>
              </w:rPr>
              <w:br/>
            </w:r>
            <w:r w:rsidRPr="00186BEE">
              <w:rPr>
                <w:rFonts w:ascii="Times New Roman" w:eastAsia="Times New Roman" w:hAnsi="Times New Roman"/>
                <w:color w:val="000000"/>
                <w:w w:val="97"/>
                <w:sz w:val="16"/>
                <w:lang w:val="ru-RU"/>
              </w:rPr>
              <w:t xml:space="preserve">Выбирать способ сравнения чисел, вычислений, применять свойства арифметических действий для рационализации вычислений; </w:t>
            </w:r>
            <w:r w:rsidRPr="00186BEE">
              <w:rPr>
                <w:lang w:val="ru-RU"/>
              </w:rPr>
              <w:br/>
            </w:r>
            <w:r w:rsidRPr="00186BEE">
              <w:rPr>
                <w:rFonts w:ascii="Times New Roman" w:eastAsia="Times New Roman" w:hAnsi="Times New Roman"/>
                <w:color w:val="000000"/>
                <w:w w:val="97"/>
                <w:sz w:val="16"/>
                <w:lang w:val="ru-RU"/>
              </w:rPr>
              <w:t xml:space="preserve">Осуществлять самоконтроль выполняемых действий и </w:t>
            </w:r>
            <w:r w:rsidRPr="00186BEE">
              <w:rPr>
                <w:lang w:val="ru-RU"/>
              </w:rPr>
              <w:br/>
            </w:r>
            <w:r w:rsidRPr="00186BEE">
              <w:rPr>
                <w:rFonts w:ascii="Times New Roman" w:eastAsia="Times New Roman" w:hAnsi="Times New Roman"/>
                <w:color w:val="000000"/>
                <w:w w:val="97"/>
                <w:sz w:val="16"/>
                <w:lang w:val="ru-RU"/>
              </w:rPr>
              <w:t xml:space="preserve">самопроверку результата вычислений; </w:t>
            </w:r>
            <w:r w:rsidRPr="00186BEE">
              <w:rPr>
                <w:lang w:val="ru-RU"/>
              </w:rPr>
              <w:br/>
            </w:r>
            <w:r w:rsidRPr="00186BEE">
              <w:rPr>
                <w:rFonts w:ascii="Times New Roman" w:eastAsia="Times New Roman" w:hAnsi="Times New Roman"/>
                <w:color w:val="000000"/>
                <w:w w:val="97"/>
                <w:sz w:val="16"/>
                <w:lang w:val="ru-RU"/>
              </w:rPr>
              <w:t>Решать задачи из реальной жизни, применять математические знания для решения задач из других учебных предметов; Решать задачи разными способами, сравнивать способы решения задачи, выбирать рациональный способ;</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27D1F" w:rsidRPr="00186BEE" w:rsidRDefault="00186BEE">
            <w:pPr>
              <w:autoSpaceDE w:val="0"/>
              <w:autoSpaceDN w:val="0"/>
              <w:spacing w:before="78" w:after="0" w:line="252" w:lineRule="auto"/>
              <w:ind w:left="72" w:right="144"/>
              <w:rPr>
                <w:lang w:val="ru-RU"/>
              </w:rPr>
            </w:pPr>
            <w:r w:rsidRPr="00186BEE">
              <w:rPr>
                <w:rFonts w:ascii="Times New Roman" w:eastAsia="Times New Roman" w:hAnsi="Times New Roman"/>
                <w:color w:val="000000"/>
                <w:w w:val="97"/>
                <w:sz w:val="16"/>
                <w:lang w:val="ru-RU"/>
              </w:rPr>
              <w:t xml:space="preserve">Устный опрос; Письменный </w:t>
            </w:r>
            <w:r w:rsidRPr="00186BEE">
              <w:rPr>
                <w:lang w:val="ru-RU"/>
              </w:rPr>
              <w:br/>
            </w:r>
            <w:r w:rsidRPr="00186BEE">
              <w:rPr>
                <w:rFonts w:ascii="Times New Roman" w:eastAsia="Times New Roman" w:hAnsi="Times New Roman"/>
                <w:color w:val="000000"/>
                <w:w w:val="97"/>
                <w:sz w:val="16"/>
                <w:lang w:val="ru-RU"/>
              </w:rPr>
              <w:t xml:space="preserve">контроль; </w:t>
            </w:r>
            <w:r w:rsidRPr="00186BEE">
              <w:rPr>
                <w:lang w:val="ru-RU"/>
              </w:rPr>
              <w:br/>
            </w:r>
            <w:r w:rsidRPr="00186BEE">
              <w:rPr>
                <w:rFonts w:ascii="Times New Roman" w:eastAsia="Times New Roman" w:hAnsi="Times New Roman"/>
                <w:color w:val="000000"/>
                <w:w w:val="97"/>
                <w:sz w:val="16"/>
                <w:lang w:val="ru-RU"/>
              </w:rPr>
              <w:t xml:space="preserve">Контрольная </w:t>
            </w:r>
            <w:r w:rsidRPr="00186BEE">
              <w:rPr>
                <w:lang w:val="ru-RU"/>
              </w:rPr>
              <w:br/>
            </w:r>
            <w:r w:rsidRPr="00186BEE">
              <w:rPr>
                <w:rFonts w:ascii="Times New Roman" w:eastAsia="Times New Roman" w:hAnsi="Times New Roman"/>
                <w:color w:val="000000"/>
                <w:w w:val="97"/>
                <w:sz w:val="16"/>
                <w:lang w:val="ru-RU"/>
              </w:rPr>
              <w:t xml:space="preserve">работа; </w:t>
            </w:r>
            <w:r w:rsidRPr="00186BEE">
              <w:rPr>
                <w:lang w:val="ru-RU"/>
              </w:rPr>
              <w:br/>
            </w:r>
            <w:r w:rsidRPr="00186BEE">
              <w:rPr>
                <w:rFonts w:ascii="Times New Roman" w:eastAsia="Times New Roman" w:hAnsi="Times New Roman"/>
                <w:color w:val="000000"/>
                <w:w w:val="97"/>
                <w:sz w:val="16"/>
                <w:lang w:val="ru-RU"/>
              </w:rPr>
              <w:t xml:space="preserve">Зачет; </w:t>
            </w:r>
            <w:r w:rsidRPr="00186BEE">
              <w:rPr>
                <w:lang w:val="ru-RU"/>
              </w:rPr>
              <w:br/>
            </w:r>
            <w:r w:rsidRPr="00186BEE">
              <w:rPr>
                <w:rFonts w:ascii="Times New Roman" w:eastAsia="Times New Roman" w:hAnsi="Times New Roman"/>
                <w:color w:val="000000"/>
                <w:w w:val="97"/>
                <w:sz w:val="16"/>
                <w:lang w:val="ru-RU"/>
              </w:rPr>
              <w:t>Тестирование;</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8" w:after="0" w:line="245" w:lineRule="auto"/>
              <w:ind w:left="74" w:right="1152"/>
            </w:pPr>
            <w:r>
              <w:rPr>
                <w:rFonts w:ascii="Times New Roman" w:eastAsia="Times New Roman" w:hAnsi="Times New Roman"/>
                <w:color w:val="000000"/>
                <w:w w:val="97"/>
                <w:sz w:val="16"/>
              </w:rPr>
              <w:t xml:space="preserve">Uchi.ru </w:t>
            </w:r>
            <w:r>
              <w:br/>
            </w:r>
            <w:r>
              <w:rPr>
                <w:rFonts w:ascii="Times New Roman" w:eastAsia="Times New Roman" w:hAnsi="Times New Roman"/>
                <w:color w:val="000000"/>
                <w:w w:val="97"/>
                <w:sz w:val="16"/>
              </w:rPr>
              <w:t>https://resh.edu.ru/homework/new/</w:t>
            </w:r>
          </w:p>
        </w:tc>
      </w:tr>
      <w:tr w:rsidR="00227D1F">
        <w:trPr>
          <w:trHeight w:hRule="exact" w:val="348"/>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00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520"/>
        </w:trPr>
        <w:tc>
          <w:tcPr>
            <w:tcW w:w="27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76" w:after="0" w:line="245" w:lineRule="auto"/>
              <w:ind w:left="72" w:right="144"/>
              <w:rPr>
                <w:lang w:val="ru-RU"/>
              </w:rPr>
            </w:pPr>
            <w:r w:rsidRPr="00186BEE">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170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12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76" w:after="0" w:line="233" w:lineRule="auto"/>
              <w:ind w:left="72"/>
            </w:pPr>
            <w:r>
              <w:rPr>
                <w:rFonts w:ascii="Times New Roman" w:eastAsia="Times New Roman" w:hAnsi="Times New Roman"/>
                <w:color w:val="000000"/>
                <w:w w:val="97"/>
                <w:sz w:val="16"/>
              </w:rPr>
              <w:t>4</w:t>
            </w:r>
          </w:p>
        </w:tc>
        <w:tc>
          <w:tcPr>
            <w:tcW w:w="1001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bl>
    <w:p w:rsidR="00227D1F" w:rsidRDefault="00227D1F">
      <w:pPr>
        <w:autoSpaceDE w:val="0"/>
        <w:autoSpaceDN w:val="0"/>
        <w:spacing w:after="0" w:line="14" w:lineRule="exact"/>
      </w:pPr>
    </w:p>
    <w:p w:rsidR="00227D1F" w:rsidRDefault="00227D1F">
      <w:pPr>
        <w:sectPr w:rsidR="00227D1F">
          <w:pgSz w:w="16840" w:h="11900"/>
          <w:pgMar w:top="284" w:right="640" w:bottom="334" w:left="666" w:header="720" w:footer="720" w:gutter="0"/>
          <w:cols w:space="720" w:equalWidth="0">
            <w:col w:w="15534" w:space="0"/>
          </w:cols>
          <w:docGrid w:linePitch="360"/>
        </w:sectPr>
      </w:pPr>
    </w:p>
    <w:p w:rsidR="00227D1F" w:rsidRDefault="00227D1F">
      <w:pPr>
        <w:sectPr w:rsidR="00227D1F">
          <w:pgSz w:w="16840" w:h="11900"/>
          <w:pgMar w:top="1440" w:right="1440" w:bottom="1440" w:left="1440" w:header="720" w:footer="720" w:gutter="0"/>
          <w:cols w:space="720" w:equalWidth="0">
            <w:col w:w="15534" w:space="0"/>
          </w:cols>
          <w:docGrid w:linePitch="360"/>
        </w:sectPr>
      </w:pPr>
    </w:p>
    <w:p w:rsidR="00227D1F" w:rsidRDefault="00227D1F">
      <w:pPr>
        <w:autoSpaceDE w:val="0"/>
        <w:autoSpaceDN w:val="0"/>
        <w:spacing w:after="78" w:line="220" w:lineRule="exact"/>
      </w:pPr>
    </w:p>
    <w:p w:rsidR="00227D1F" w:rsidRDefault="00186BEE">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firstRow="1" w:lastRow="0" w:firstColumn="1" w:lastColumn="0" w:noHBand="0" w:noVBand="1"/>
      </w:tblPr>
      <w:tblGrid>
        <w:gridCol w:w="576"/>
        <w:gridCol w:w="2654"/>
        <w:gridCol w:w="732"/>
        <w:gridCol w:w="1620"/>
        <w:gridCol w:w="1668"/>
        <w:gridCol w:w="1236"/>
        <w:gridCol w:w="2066"/>
      </w:tblGrid>
      <w:tr w:rsidR="00227D1F">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right="144"/>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6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20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right="432"/>
            </w:pPr>
            <w:r>
              <w:rPr>
                <w:rFonts w:ascii="Times New Roman" w:eastAsia="Times New Roman" w:hAnsi="Times New Roman"/>
                <w:b/>
                <w:color w:val="000000"/>
                <w:sz w:val="24"/>
              </w:rPr>
              <w:t>Виды, формы контроля</w:t>
            </w:r>
          </w:p>
        </w:tc>
      </w:tr>
      <w:tr w:rsidR="00227D1F">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1512"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227D1F" w:rsidRDefault="00227D1F"/>
        </w:tc>
        <w:tc>
          <w:tcPr>
            <w:tcW w:w="1512" w:type="dxa"/>
            <w:vMerge/>
            <w:tcBorders>
              <w:top w:val="single" w:sz="4" w:space="0" w:color="000000"/>
              <w:left w:val="single" w:sz="4" w:space="0" w:color="000000"/>
              <w:bottom w:val="single" w:sz="4" w:space="0" w:color="000000"/>
              <w:right w:val="single" w:sz="4" w:space="0" w:color="000000"/>
            </w:tcBorders>
          </w:tcPr>
          <w:p w:rsidR="00227D1F" w:rsidRDefault="00227D1F"/>
        </w:tc>
      </w:tr>
      <w:tr w:rsidR="00227D1F">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right="432"/>
            </w:pPr>
            <w:r>
              <w:rPr>
                <w:rFonts w:ascii="Times New Roman" w:eastAsia="Times New Roman" w:hAnsi="Times New Roman"/>
                <w:color w:val="000000"/>
                <w:sz w:val="24"/>
              </w:rPr>
              <w:t>Десятичная система счисления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01.09.2022</w:t>
            </w:r>
          </w:p>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227D1F">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w:t>
            </w:r>
          </w:p>
        </w:tc>
        <w:tc>
          <w:tcPr>
            <w:tcW w:w="265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right="432"/>
            </w:pPr>
            <w:r>
              <w:rPr>
                <w:rFonts w:ascii="Times New Roman" w:eastAsia="Times New Roman" w:hAnsi="Times New Roman"/>
                <w:color w:val="000000"/>
                <w:sz w:val="24"/>
              </w:rPr>
              <w:t>Десятичная система счисления</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02.09.2022</w:t>
            </w:r>
          </w:p>
        </w:tc>
        <w:tc>
          <w:tcPr>
            <w:tcW w:w="206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98" w:after="0" w:line="262" w:lineRule="auto"/>
              <w:ind w:left="72" w:right="576"/>
            </w:pPr>
            <w:r>
              <w:rPr>
                <w:rFonts w:ascii="Times New Roman" w:eastAsia="Times New Roman" w:hAnsi="Times New Roman"/>
                <w:color w:val="000000"/>
                <w:sz w:val="24"/>
              </w:rPr>
              <w:t>Письменный контроль;</w:t>
            </w:r>
          </w:p>
        </w:tc>
      </w:tr>
      <w:tr w:rsidR="00227D1F">
        <w:trPr>
          <w:trHeight w:hRule="exact" w:val="494"/>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3.</w:t>
            </w:r>
          </w:p>
        </w:tc>
        <w:tc>
          <w:tcPr>
            <w:tcW w:w="265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Ряд натуральных чисел</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05.09.2022</w:t>
            </w:r>
          </w:p>
        </w:tc>
        <w:tc>
          <w:tcPr>
            <w:tcW w:w="206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Устный опрос;</w:t>
            </w:r>
          </w:p>
        </w:tc>
      </w:tr>
      <w:tr w:rsidR="00227D1F" w:rsidRPr="0027757A">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Ряд натуральных чисел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06.09.2022</w:t>
            </w:r>
          </w:p>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98" w:after="0"/>
              <w:ind w:left="72" w:right="288"/>
              <w:rPr>
                <w:lang w:val="ru-RU"/>
              </w:rPr>
            </w:pPr>
            <w:r w:rsidRPr="00186BEE">
              <w:rPr>
                <w:rFonts w:ascii="Times New Roman" w:eastAsia="Times New Roman" w:hAnsi="Times New Roman"/>
                <w:color w:val="000000"/>
                <w:sz w:val="24"/>
                <w:lang w:val="ru-RU"/>
              </w:rPr>
              <w:t xml:space="preserve">Самооценка с </w:t>
            </w:r>
            <w:r w:rsidRPr="00186BEE">
              <w:rPr>
                <w:lang w:val="ru-RU"/>
              </w:rPr>
              <w:br/>
            </w:r>
            <w:proofErr w:type="spellStart"/>
            <w:r w:rsidRPr="00186BEE">
              <w:rPr>
                <w:rFonts w:ascii="Times New Roman" w:eastAsia="Times New Roman" w:hAnsi="Times New Roman"/>
                <w:color w:val="000000"/>
                <w:sz w:val="24"/>
                <w:lang w:val="ru-RU"/>
              </w:rPr>
              <w:t>использованием«Оценочного</w:t>
            </w:r>
            <w:proofErr w:type="spellEnd"/>
            <w:r w:rsidRPr="00186BEE">
              <w:rPr>
                <w:rFonts w:ascii="Times New Roman" w:eastAsia="Times New Roman" w:hAnsi="Times New Roman"/>
                <w:color w:val="000000"/>
                <w:sz w:val="24"/>
                <w:lang w:val="ru-RU"/>
              </w:rPr>
              <w:t xml:space="preserve"> </w:t>
            </w:r>
            <w:r w:rsidRPr="00186BEE">
              <w:rPr>
                <w:lang w:val="ru-RU"/>
              </w:rPr>
              <w:br/>
            </w:r>
            <w:r w:rsidRPr="00186BEE">
              <w:rPr>
                <w:rFonts w:ascii="Times New Roman" w:eastAsia="Times New Roman" w:hAnsi="Times New Roman"/>
                <w:color w:val="000000"/>
                <w:sz w:val="24"/>
                <w:lang w:val="ru-RU"/>
              </w:rPr>
              <w:t>листа»;</w:t>
            </w:r>
          </w:p>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15.</w:t>
            </w:r>
          </w:p>
        </w:tc>
        <w:tc>
          <w:tcPr>
            <w:tcW w:w="265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16.</w:t>
            </w:r>
          </w:p>
        </w:tc>
        <w:tc>
          <w:tcPr>
            <w:tcW w:w="265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bl>
    <w:p w:rsidR="00227D1F" w:rsidRDefault="00227D1F">
      <w:pPr>
        <w:autoSpaceDE w:val="0"/>
        <w:autoSpaceDN w:val="0"/>
        <w:spacing w:after="0" w:line="14" w:lineRule="exact"/>
      </w:pPr>
    </w:p>
    <w:p w:rsidR="00227D1F" w:rsidRDefault="00227D1F">
      <w:pPr>
        <w:sectPr w:rsidR="00227D1F">
          <w:pgSz w:w="11900" w:h="16840"/>
          <w:pgMar w:top="298" w:right="650" w:bottom="418" w:left="666" w:header="720" w:footer="720" w:gutter="0"/>
          <w:cols w:space="720" w:equalWidth="0">
            <w:col w:w="1058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654"/>
        <w:gridCol w:w="732"/>
        <w:gridCol w:w="1620"/>
        <w:gridCol w:w="1668"/>
        <w:gridCol w:w="1236"/>
        <w:gridCol w:w="2066"/>
      </w:tblGrid>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29.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32.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33.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39.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46.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49.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bl>
    <w:p w:rsidR="00227D1F" w:rsidRDefault="00227D1F">
      <w:pPr>
        <w:autoSpaceDE w:val="0"/>
        <w:autoSpaceDN w:val="0"/>
        <w:spacing w:after="0" w:line="14" w:lineRule="exact"/>
      </w:pPr>
    </w:p>
    <w:p w:rsidR="00227D1F" w:rsidRDefault="00227D1F">
      <w:pPr>
        <w:sectPr w:rsidR="00227D1F">
          <w:pgSz w:w="11900" w:h="16840"/>
          <w:pgMar w:top="284" w:right="650" w:bottom="500" w:left="666" w:header="720" w:footer="720" w:gutter="0"/>
          <w:cols w:space="720" w:equalWidth="0">
            <w:col w:w="1058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654"/>
        <w:gridCol w:w="732"/>
        <w:gridCol w:w="1620"/>
        <w:gridCol w:w="1668"/>
        <w:gridCol w:w="1236"/>
        <w:gridCol w:w="2066"/>
      </w:tblGrid>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59.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63.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64.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69.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77.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79.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bl>
    <w:p w:rsidR="00227D1F" w:rsidRDefault="00227D1F">
      <w:pPr>
        <w:autoSpaceDE w:val="0"/>
        <w:autoSpaceDN w:val="0"/>
        <w:spacing w:after="0" w:line="14" w:lineRule="exact"/>
      </w:pPr>
    </w:p>
    <w:p w:rsidR="00227D1F" w:rsidRDefault="00227D1F">
      <w:pPr>
        <w:sectPr w:rsidR="00227D1F">
          <w:pgSz w:w="11900" w:h="16840"/>
          <w:pgMar w:top="284" w:right="650" w:bottom="500" w:left="666" w:header="720" w:footer="720" w:gutter="0"/>
          <w:cols w:space="720" w:equalWidth="0">
            <w:col w:w="1058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654"/>
        <w:gridCol w:w="732"/>
        <w:gridCol w:w="1620"/>
        <w:gridCol w:w="1668"/>
        <w:gridCol w:w="1236"/>
        <w:gridCol w:w="2066"/>
      </w:tblGrid>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89.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94.</w:t>
            </w:r>
          </w:p>
        </w:tc>
        <w:tc>
          <w:tcPr>
            <w:tcW w:w="2654"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5"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95.</w:t>
            </w:r>
          </w:p>
        </w:tc>
        <w:tc>
          <w:tcPr>
            <w:tcW w:w="2654"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5"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99.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108.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109.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bl>
    <w:p w:rsidR="00227D1F" w:rsidRDefault="00227D1F">
      <w:pPr>
        <w:autoSpaceDE w:val="0"/>
        <w:autoSpaceDN w:val="0"/>
        <w:spacing w:after="0" w:line="14" w:lineRule="exact"/>
      </w:pPr>
    </w:p>
    <w:p w:rsidR="00227D1F" w:rsidRDefault="00227D1F">
      <w:pPr>
        <w:sectPr w:rsidR="00227D1F">
          <w:pgSz w:w="11900" w:h="16840"/>
          <w:pgMar w:top="284" w:right="650" w:bottom="500" w:left="666" w:header="720" w:footer="720" w:gutter="0"/>
          <w:cols w:space="720" w:equalWidth="0">
            <w:col w:w="1058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654"/>
        <w:gridCol w:w="732"/>
        <w:gridCol w:w="1620"/>
        <w:gridCol w:w="1668"/>
        <w:gridCol w:w="1236"/>
        <w:gridCol w:w="2066"/>
      </w:tblGrid>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119.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125.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126.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129.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138.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139.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bl>
    <w:p w:rsidR="00227D1F" w:rsidRDefault="00227D1F">
      <w:pPr>
        <w:autoSpaceDE w:val="0"/>
        <w:autoSpaceDN w:val="0"/>
        <w:spacing w:after="0" w:line="14" w:lineRule="exact"/>
      </w:pPr>
    </w:p>
    <w:p w:rsidR="00227D1F" w:rsidRDefault="00227D1F">
      <w:pPr>
        <w:sectPr w:rsidR="00227D1F">
          <w:pgSz w:w="11900" w:h="16840"/>
          <w:pgMar w:top="284" w:right="650" w:bottom="500" w:left="666" w:header="720" w:footer="720" w:gutter="0"/>
          <w:cols w:space="720" w:equalWidth="0">
            <w:col w:w="10584" w:space="0"/>
          </w:cols>
          <w:docGrid w:linePitch="360"/>
        </w:sectPr>
      </w:pPr>
    </w:p>
    <w:p w:rsidR="00227D1F" w:rsidRDefault="00227D1F">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2654"/>
        <w:gridCol w:w="732"/>
        <w:gridCol w:w="1620"/>
        <w:gridCol w:w="1668"/>
        <w:gridCol w:w="1236"/>
        <w:gridCol w:w="2066"/>
      </w:tblGrid>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149.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156.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157.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159.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161.</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162.</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163.</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164.</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165.</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166.</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167.</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168.</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jc w:val="center"/>
            </w:pPr>
            <w:r>
              <w:rPr>
                <w:rFonts w:ascii="Times New Roman" w:eastAsia="Times New Roman" w:hAnsi="Times New Roman"/>
                <w:color w:val="000000"/>
                <w:sz w:val="24"/>
              </w:rPr>
              <w:t>169.</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49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jc w:val="center"/>
            </w:pPr>
            <w:r>
              <w:rPr>
                <w:rFonts w:ascii="Times New Roman" w:eastAsia="Times New Roman" w:hAnsi="Times New Roman"/>
                <w:color w:val="000000"/>
                <w:sz w:val="24"/>
              </w:rPr>
              <w:t>170.</w:t>
            </w: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c>
          <w:tcPr>
            <w:tcW w:w="2066"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227D1F"/>
        </w:tc>
      </w:tr>
      <w:tr w:rsidR="00227D1F">
        <w:trPr>
          <w:trHeight w:hRule="exact" w:val="808"/>
        </w:trPr>
        <w:tc>
          <w:tcPr>
            <w:tcW w:w="32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Pr="00186BEE" w:rsidRDefault="00186BEE">
            <w:pPr>
              <w:autoSpaceDE w:val="0"/>
              <w:autoSpaceDN w:val="0"/>
              <w:spacing w:before="98" w:after="0" w:line="262" w:lineRule="auto"/>
              <w:ind w:left="72" w:right="288"/>
              <w:rPr>
                <w:lang w:val="ru-RU"/>
              </w:rPr>
            </w:pPr>
            <w:r w:rsidRPr="00186BEE">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170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c>
          <w:tcPr>
            <w:tcW w:w="497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27D1F" w:rsidRDefault="00186BEE">
            <w:pPr>
              <w:autoSpaceDE w:val="0"/>
              <w:autoSpaceDN w:val="0"/>
              <w:spacing w:before="98" w:after="0" w:line="230" w:lineRule="auto"/>
              <w:ind w:left="72"/>
            </w:pPr>
            <w:r>
              <w:rPr>
                <w:rFonts w:ascii="Times New Roman" w:eastAsia="Times New Roman" w:hAnsi="Times New Roman"/>
                <w:color w:val="000000"/>
                <w:sz w:val="24"/>
              </w:rPr>
              <w:t>0</w:t>
            </w:r>
          </w:p>
        </w:tc>
      </w:tr>
    </w:tbl>
    <w:p w:rsidR="00227D1F" w:rsidRDefault="00227D1F">
      <w:pPr>
        <w:autoSpaceDE w:val="0"/>
        <w:autoSpaceDN w:val="0"/>
        <w:spacing w:after="0" w:line="14" w:lineRule="exact"/>
      </w:pPr>
    </w:p>
    <w:p w:rsidR="00227D1F" w:rsidRDefault="00227D1F">
      <w:pPr>
        <w:sectPr w:rsidR="00227D1F">
          <w:pgSz w:w="11900" w:h="16840"/>
          <w:pgMar w:top="284" w:right="650" w:bottom="1440" w:left="666" w:header="720" w:footer="720" w:gutter="0"/>
          <w:cols w:space="720" w:equalWidth="0">
            <w:col w:w="10584" w:space="0"/>
          </w:cols>
          <w:docGrid w:linePitch="360"/>
        </w:sectPr>
      </w:pPr>
    </w:p>
    <w:p w:rsidR="00227D1F" w:rsidRDefault="00227D1F">
      <w:pPr>
        <w:autoSpaceDE w:val="0"/>
        <w:autoSpaceDN w:val="0"/>
        <w:spacing w:after="78" w:line="220" w:lineRule="exact"/>
      </w:pPr>
    </w:p>
    <w:p w:rsidR="00227D1F" w:rsidRDefault="00186BEE">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227D1F" w:rsidRDefault="00186BEE">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227D1F" w:rsidRPr="00186BEE" w:rsidRDefault="00186BEE">
      <w:pPr>
        <w:autoSpaceDE w:val="0"/>
        <w:autoSpaceDN w:val="0"/>
        <w:spacing w:before="166" w:after="0" w:line="271" w:lineRule="auto"/>
        <w:ind w:right="576"/>
        <w:rPr>
          <w:lang w:val="ru-RU"/>
        </w:rPr>
      </w:pPr>
      <w:proofErr w:type="spellStart"/>
      <w:r w:rsidRPr="00186BEE">
        <w:rPr>
          <w:rFonts w:ascii="Times New Roman" w:eastAsia="Times New Roman" w:hAnsi="Times New Roman"/>
          <w:color w:val="000000"/>
          <w:sz w:val="24"/>
          <w:lang w:val="ru-RU"/>
        </w:rPr>
        <w:t>Виленкин</w:t>
      </w:r>
      <w:proofErr w:type="spellEnd"/>
      <w:r w:rsidRPr="00186BEE">
        <w:rPr>
          <w:rFonts w:ascii="Times New Roman" w:eastAsia="Times New Roman" w:hAnsi="Times New Roman"/>
          <w:color w:val="000000"/>
          <w:sz w:val="24"/>
          <w:lang w:val="ru-RU"/>
        </w:rPr>
        <w:t xml:space="preserve"> Н.Я., Жохов В.И., Чесноков А.С., Александрова Л.А., </w:t>
      </w:r>
      <w:proofErr w:type="spellStart"/>
      <w:r w:rsidRPr="00186BEE">
        <w:rPr>
          <w:rFonts w:ascii="Times New Roman" w:eastAsia="Times New Roman" w:hAnsi="Times New Roman"/>
          <w:color w:val="000000"/>
          <w:sz w:val="24"/>
          <w:lang w:val="ru-RU"/>
        </w:rPr>
        <w:t>Шварцбурд</w:t>
      </w:r>
      <w:proofErr w:type="spellEnd"/>
      <w:r w:rsidRPr="00186BEE">
        <w:rPr>
          <w:rFonts w:ascii="Times New Roman" w:eastAsia="Times New Roman" w:hAnsi="Times New Roman"/>
          <w:color w:val="000000"/>
          <w:sz w:val="24"/>
          <w:lang w:val="ru-RU"/>
        </w:rPr>
        <w:t xml:space="preserve"> С.И., Математика, 5 класс, АО "Издательство "Просвещение"; </w:t>
      </w:r>
      <w:r w:rsidRPr="00186BEE">
        <w:rPr>
          <w:lang w:val="ru-RU"/>
        </w:rPr>
        <w:br/>
      </w:r>
      <w:r w:rsidRPr="00186BEE">
        <w:rPr>
          <w:rFonts w:ascii="Times New Roman" w:eastAsia="Times New Roman" w:hAnsi="Times New Roman"/>
          <w:color w:val="000000"/>
          <w:sz w:val="24"/>
          <w:lang w:val="ru-RU"/>
        </w:rPr>
        <w:t>Введите свой вариант:</w:t>
      </w:r>
    </w:p>
    <w:p w:rsidR="00227D1F" w:rsidRPr="00186BEE" w:rsidRDefault="00186BEE">
      <w:pPr>
        <w:autoSpaceDE w:val="0"/>
        <w:autoSpaceDN w:val="0"/>
        <w:spacing w:before="262" w:after="0" w:line="230" w:lineRule="auto"/>
        <w:rPr>
          <w:lang w:val="ru-RU"/>
        </w:rPr>
      </w:pPr>
      <w:r w:rsidRPr="00186BEE">
        <w:rPr>
          <w:rFonts w:ascii="Times New Roman" w:eastAsia="Times New Roman" w:hAnsi="Times New Roman"/>
          <w:b/>
          <w:color w:val="000000"/>
          <w:sz w:val="24"/>
          <w:lang w:val="ru-RU"/>
        </w:rPr>
        <w:t>МЕТОДИЧЕСКИЕ МАТЕРИАЛЫ ДЛЯ УЧИТЕЛЯ</w:t>
      </w:r>
    </w:p>
    <w:p w:rsidR="00227D1F" w:rsidRPr="00186BEE" w:rsidRDefault="00186BEE">
      <w:pPr>
        <w:autoSpaceDE w:val="0"/>
        <w:autoSpaceDN w:val="0"/>
        <w:spacing w:before="166" w:after="0" w:line="230" w:lineRule="auto"/>
        <w:rPr>
          <w:lang w:val="ru-RU"/>
        </w:rPr>
      </w:pPr>
      <w:r w:rsidRPr="00186BEE">
        <w:rPr>
          <w:rFonts w:ascii="Times New Roman" w:eastAsia="Times New Roman" w:hAnsi="Times New Roman"/>
          <w:color w:val="000000"/>
          <w:sz w:val="24"/>
          <w:lang w:val="ru-RU"/>
        </w:rPr>
        <w:t xml:space="preserve">Дидактические материалы по математике. 5 класс. К учебнику </w:t>
      </w:r>
      <w:proofErr w:type="spellStart"/>
      <w:r w:rsidRPr="00186BEE">
        <w:rPr>
          <w:rFonts w:ascii="Times New Roman" w:eastAsia="Times New Roman" w:hAnsi="Times New Roman"/>
          <w:color w:val="000000"/>
          <w:sz w:val="24"/>
          <w:lang w:val="ru-RU"/>
        </w:rPr>
        <w:t>Виленина</w:t>
      </w:r>
      <w:proofErr w:type="spellEnd"/>
      <w:r w:rsidRPr="00186BEE">
        <w:rPr>
          <w:rFonts w:ascii="Times New Roman" w:eastAsia="Times New Roman" w:hAnsi="Times New Roman"/>
          <w:color w:val="000000"/>
          <w:sz w:val="24"/>
          <w:lang w:val="ru-RU"/>
        </w:rPr>
        <w:t xml:space="preserve"> Н.Я. и др. - Попов М.А.</w:t>
      </w:r>
    </w:p>
    <w:p w:rsidR="00227D1F" w:rsidRPr="00186BEE" w:rsidRDefault="00186BEE">
      <w:pPr>
        <w:autoSpaceDE w:val="0"/>
        <w:autoSpaceDN w:val="0"/>
        <w:spacing w:before="264" w:after="0" w:line="230" w:lineRule="auto"/>
        <w:rPr>
          <w:lang w:val="ru-RU"/>
        </w:rPr>
      </w:pPr>
      <w:r w:rsidRPr="00186BEE">
        <w:rPr>
          <w:rFonts w:ascii="Times New Roman" w:eastAsia="Times New Roman" w:hAnsi="Times New Roman"/>
          <w:b/>
          <w:color w:val="000000"/>
          <w:sz w:val="24"/>
          <w:lang w:val="ru-RU"/>
        </w:rPr>
        <w:t>ЦИФРОВЫЕ ОБРАЗОВАТЕЛЬНЫЕ РЕСУРСЫ И РЕСУРСЫ СЕТИ ИНТЕРНЕТ</w:t>
      </w:r>
    </w:p>
    <w:p w:rsidR="00227D1F" w:rsidRPr="00186BEE" w:rsidRDefault="004C5681">
      <w:pPr>
        <w:autoSpaceDE w:val="0"/>
        <w:autoSpaceDN w:val="0"/>
        <w:spacing w:before="168" w:after="0"/>
        <w:ind w:right="720"/>
        <w:rPr>
          <w:lang w:val="ru-RU"/>
        </w:rPr>
      </w:pPr>
      <w:hyperlink r:id="rId6" w:history="1">
        <w:r w:rsidRPr="00A22FC2">
          <w:rPr>
            <w:rStyle w:val="aff8"/>
            <w:rFonts w:ascii="Times New Roman" w:eastAsia="Times New Roman" w:hAnsi="Times New Roman"/>
            <w:sz w:val="24"/>
          </w:rPr>
          <w:t>www</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resh</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edu</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ru</w:t>
        </w:r>
      </w:hyperlink>
      <w:r w:rsidRPr="004C5681">
        <w:rPr>
          <w:rFonts w:ascii="Times New Roman" w:eastAsia="Times New Roman" w:hAnsi="Times New Roman"/>
          <w:color w:val="000000"/>
          <w:sz w:val="24"/>
          <w:lang w:val="ru-RU"/>
        </w:rPr>
        <w:t xml:space="preserve">, </w:t>
      </w:r>
      <w:r w:rsidR="0027757A">
        <w:fldChar w:fldCharType="begin"/>
      </w:r>
      <w:r w:rsidR="0027757A" w:rsidRPr="0027757A">
        <w:rPr>
          <w:lang w:val="ru-RU"/>
        </w:rPr>
        <w:instrText xml:space="preserve"> </w:instrText>
      </w:r>
      <w:r w:rsidR="0027757A">
        <w:instrText>HYPERLINK</w:instrText>
      </w:r>
      <w:r w:rsidR="0027757A" w:rsidRPr="0027757A">
        <w:rPr>
          <w:lang w:val="ru-RU"/>
        </w:rPr>
        <w:instrText xml:space="preserve"> "</w:instrText>
      </w:r>
      <w:r w:rsidR="0027757A">
        <w:instrText>http</w:instrText>
      </w:r>
      <w:r w:rsidR="0027757A" w:rsidRPr="0027757A">
        <w:rPr>
          <w:lang w:val="ru-RU"/>
        </w:rPr>
        <w:instrText>://</w:instrText>
      </w:r>
      <w:r w:rsidR="0027757A">
        <w:instrText>www</w:instrText>
      </w:r>
      <w:r w:rsidR="0027757A" w:rsidRPr="0027757A">
        <w:rPr>
          <w:lang w:val="ru-RU"/>
        </w:rPr>
        <w:instrText>.</w:instrText>
      </w:r>
      <w:r w:rsidR="0027757A">
        <w:instrText>uchi</w:instrText>
      </w:r>
      <w:r w:rsidR="0027757A" w:rsidRPr="0027757A">
        <w:rPr>
          <w:lang w:val="ru-RU"/>
        </w:rPr>
        <w:instrText>.</w:instrText>
      </w:r>
      <w:r w:rsidR="0027757A">
        <w:instrText>ru</w:instrText>
      </w:r>
      <w:r w:rsidR="0027757A" w:rsidRPr="0027757A">
        <w:rPr>
          <w:lang w:val="ru-RU"/>
        </w:rPr>
        <w:instrText xml:space="preserve">" </w:instrText>
      </w:r>
      <w:r w:rsidR="0027757A">
        <w:fldChar w:fldCharType="separate"/>
      </w:r>
      <w:r w:rsidRPr="00A22FC2">
        <w:rPr>
          <w:rStyle w:val="aff8"/>
          <w:rFonts w:ascii="Times New Roman" w:eastAsia="Times New Roman" w:hAnsi="Times New Roman"/>
          <w:sz w:val="24"/>
        </w:rPr>
        <w:t>www</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uchi</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ru</w:t>
      </w:r>
      <w:r w:rsidR="0027757A">
        <w:rPr>
          <w:rStyle w:val="aff8"/>
          <w:rFonts w:ascii="Times New Roman" w:eastAsia="Times New Roman" w:hAnsi="Times New Roman"/>
          <w:sz w:val="24"/>
        </w:rPr>
        <w:fldChar w:fldCharType="end"/>
      </w:r>
      <w:r w:rsidRPr="004C5681">
        <w:rPr>
          <w:rFonts w:ascii="Times New Roman" w:eastAsia="Times New Roman" w:hAnsi="Times New Roman"/>
          <w:color w:val="000000"/>
          <w:sz w:val="24"/>
          <w:lang w:val="ru-RU"/>
        </w:rPr>
        <w:t xml:space="preserve">, </w:t>
      </w:r>
      <w:r w:rsidR="00186BEE" w:rsidRPr="00186BEE">
        <w:rPr>
          <w:rFonts w:ascii="Times New Roman" w:eastAsia="Times New Roman" w:hAnsi="Times New Roman"/>
          <w:color w:val="000000"/>
          <w:sz w:val="24"/>
          <w:lang w:val="ru-RU"/>
        </w:rPr>
        <w:t xml:space="preserve"> </w:t>
      </w:r>
      <w:hyperlink r:id="rId7" w:history="1">
        <w:r w:rsidRPr="00A22FC2">
          <w:rPr>
            <w:rStyle w:val="aff8"/>
            <w:rFonts w:ascii="Times New Roman" w:eastAsia="Times New Roman" w:hAnsi="Times New Roman"/>
            <w:sz w:val="24"/>
          </w:rPr>
          <w:t>www</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yaklass</w:t>
        </w:r>
        <w:r w:rsidRPr="00A22FC2">
          <w:rPr>
            <w:rStyle w:val="aff8"/>
            <w:rFonts w:ascii="Times New Roman" w:eastAsia="Times New Roman" w:hAnsi="Times New Roman"/>
            <w:sz w:val="24"/>
            <w:lang w:val="ru-RU"/>
          </w:rPr>
          <w:t>.</w:t>
        </w:r>
        <w:r w:rsidRPr="00A22FC2">
          <w:rPr>
            <w:rStyle w:val="aff8"/>
            <w:rFonts w:ascii="Times New Roman" w:eastAsia="Times New Roman" w:hAnsi="Times New Roman"/>
            <w:sz w:val="24"/>
          </w:rPr>
          <w:t>ru</w:t>
        </w:r>
      </w:hyperlink>
      <w:r w:rsidRPr="004C5681">
        <w:rPr>
          <w:rFonts w:ascii="Times New Roman" w:eastAsia="Times New Roman" w:hAnsi="Times New Roman"/>
          <w:color w:val="000000"/>
          <w:sz w:val="24"/>
          <w:lang w:val="ru-RU"/>
        </w:rPr>
        <w:t xml:space="preserve">, </w:t>
      </w:r>
      <w:r w:rsidR="00186BEE" w:rsidRPr="00186BEE">
        <w:rPr>
          <w:rFonts w:ascii="Times New Roman" w:eastAsia="Times New Roman" w:hAnsi="Times New Roman"/>
          <w:color w:val="000000"/>
          <w:sz w:val="24"/>
          <w:lang w:val="ru-RU"/>
        </w:rPr>
        <w:t xml:space="preserve"> </w:t>
      </w:r>
      <w:r w:rsidR="00186BEE">
        <w:rPr>
          <w:rFonts w:ascii="Times New Roman" w:eastAsia="Times New Roman" w:hAnsi="Times New Roman"/>
          <w:color w:val="000000"/>
          <w:sz w:val="24"/>
        </w:rPr>
        <w:t>https</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www</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letovo</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online</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olympiads</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matematika</w:t>
      </w:r>
      <w:r w:rsidR="00186BEE" w:rsidRPr="00186BEE">
        <w:rPr>
          <w:rFonts w:ascii="Times New Roman" w:eastAsia="Times New Roman" w:hAnsi="Times New Roman"/>
          <w:color w:val="000000"/>
          <w:sz w:val="24"/>
          <w:lang w:val="ru-RU"/>
        </w:rPr>
        <w:t>/5-</w:t>
      </w:r>
      <w:r w:rsidR="00186BEE">
        <w:rPr>
          <w:rFonts w:ascii="Times New Roman" w:eastAsia="Times New Roman" w:hAnsi="Times New Roman"/>
          <w:color w:val="000000"/>
          <w:sz w:val="24"/>
        </w:rPr>
        <w:t>klass</w:t>
      </w:r>
      <w:r w:rsidR="00186BEE" w:rsidRPr="00186BEE">
        <w:rPr>
          <w:rFonts w:ascii="Times New Roman" w:eastAsia="Times New Roman" w:hAnsi="Times New Roman"/>
          <w:color w:val="000000"/>
          <w:sz w:val="24"/>
          <w:lang w:val="ru-RU"/>
        </w:rPr>
        <w:t xml:space="preserve"> </w:t>
      </w:r>
      <w:r w:rsidR="00186BEE" w:rsidRPr="00186BEE">
        <w:rPr>
          <w:lang w:val="ru-RU"/>
        </w:rPr>
        <w:br/>
      </w:r>
      <w:r w:rsidR="00186BEE">
        <w:rPr>
          <w:rFonts w:ascii="Times New Roman" w:eastAsia="Times New Roman" w:hAnsi="Times New Roman"/>
          <w:color w:val="000000"/>
          <w:sz w:val="24"/>
        </w:rPr>
        <w:t>http</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school</w:t>
      </w:r>
      <w:r w:rsidR="00186BEE" w:rsidRPr="00186BEE">
        <w:rPr>
          <w:rFonts w:ascii="Times New Roman" w:eastAsia="Times New Roman" w:hAnsi="Times New Roman"/>
          <w:color w:val="000000"/>
          <w:sz w:val="24"/>
          <w:lang w:val="ru-RU"/>
        </w:rPr>
        <w:t>-</w:t>
      </w:r>
      <w:r w:rsidR="00186BEE">
        <w:rPr>
          <w:rFonts w:ascii="Times New Roman" w:eastAsia="Times New Roman" w:hAnsi="Times New Roman"/>
          <w:color w:val="000000"/>
          <w:sz w:val="24"/>
        </w:rPr>
        <w:t>collection</w:t>
      </w:r>
      <w:r w:rsidR="00186BEE" w:rsidRPr="00186BEE">
        <w:rPr>
          <w:rFonts w:ascii="Times New Roman" w:eastAsia="Times New Roman" w:hAnsi="Times New Roman"/>
          <w:color w:val="000000"/>
          <w:sz w:val="24"/>
          <w:lang w:val="ru-RU"/>
        </w:rPr>
        <w:t>.</w:t>
      </w:r>
      <w:proofErr w:type="spellStart"/>
      <w:r w:rsidR="00186BEE">
        <w:rPr>
          <w:rFonts w:ascii="Times New Roman" w:eastAsia="Times New Roman" w:hAnsi="Times New Roman"/>
          <w:color w:val="000000"/>
          <w:sz w:val="24"/>
        </w:rPr>
        <w:t>edu</w:t>
      </w:r>
      <w:proofErr w:type="spellEnd"/>
      <w:r w:rsidR="00186BEE" w:rsidRPr="00186BEE">
        <w:rPr>
          <w:rFonts w:ascii="Times New Roman" w:eastAsia="Times New Roman" w:hAnsi="Times New Roman"/>
          <w:color w:val="000000"/>
          <w:sz w:val="24"/>
          <w:lang w:val="ru-RU"/>
        </w:rPr>
        <w:t>.</w:t>
      </w:r>
      <w:proofErr w:type="spellStart"/>
      <w:r w:rsidR="00186BEE">
        <w:rPr>
          <w:rFonts w:ascii="Times New Roman" w:eastAsia="Times New Roman" w:hAnsi="Times New Roman"/>
          <w:color w:val="000000"/>
          <w:sz w:val="24"/>
        </w:rPr>
        <w:t>ru</w:t>
      </w:r>
      <w:proofErr w:type="spellEnd"/>
      <w:r w:rsidR="00186BEE" w:rsidRPr="00186BEE">
        <w:rPr>
          <w:rFonts w:ascii="Times New Roman" w:eastAsia="Times New Roman" w:hAnsi="Times New Roman"/>
          <w:color w:val="000000"/>
          <w:sz w:val="24"/>
          <w:lang w:val="ru-RU"/>
        </w:rPr>
        <w:t xml:space="preserve"> – каталог - для учителя – Математика, 5-6 класс – Инновационные учебные материалы – «Компетентность. Инициатива. Творчество» - «Математика 5-6» -«Цифровые образовательные ресурсы»</w:t>
      </w:r>
    </w:p>
    <w:p w:rsidR="00227D1F" w:rsidRPr="00186BEE" w:rsidRDefault="00227D1F">
      <w:pPr>
        <w:rPr>
          <w:lang w:val="ru-RU"/>
        </w:rPr>
        <w:sectPr w:rsidR="00227D1F" w:rsidRPr="00186BEE">
          <w:pgSz w:w="11900" w:h="16840"/>
          <w:pgMar w:top="298" w:right="650" w:bottom="1440" w:left="666" w:header="720" w:footer="720" w:gutter="0"/>
          <w:cols w:space="720" w:equalWidth="0">
            <w:col w:w="10584" w:space="0"/>
          </w:cols>
          <w:docGrid w:linePitch="360"/>
        </w:sectPr>
      </w:pPr>
    </w:p>
    <w:p w:rsidR="00227D1F" w:rsidRPr="00186BEE" w:rsidRDefault="00227D1F">
      <w:pPr>
        <w:autoSpaceDE w:val="0"/>
        <w:autoSpaceDN w:val="0"/>
        <w:spacing w:after="78" w:line="220" w:lineRule="exact"/>
        <w:rPr>
          <w:lang w:val="ru-RU"/>
        </w:rPr>
      </w:pPr>
    </w:p>
    <w:p w:rsidR="00227D1F" w:rsidRPr="00186BEE" w:rsidRDefault="00186BEE">
      <w:pPr>
        <w:autoSpaceDE w:val="0"/>
        <w:autoSpaceDN w:val="0"/>
        <w:spacing w:after="0" w:line="230" w:lineRule="auto"/>
        <w:rPr>
          <w:lang w:val="ru-RU"/>
        </w:rPr>
      </w:pPr>
      <w:r w:rsidRPr="00186BEE">
        <w:rPr>
          <w:rFonts w:ascii="Times New Roman" w:eastAsia="Times New Roman" w:hAnsi="Times New Roman"/>
          <w:b/>
          <w:color w:val="000000"/>
          <w:sz w:val="24"/>
          <w:lang w:val="ru-RU"/>
        </w:rPr>
        <w:t>МАТЕРИАЛЬНО-ТЕХНИЧЕСКОЕ ОБЕСПЕЧЕНИЕ ОБРАЗОВАТЕЛЬНОГО ПРОЦЕССА</w:t>
      </w:r>
    </w:p>
    <w:p w:rsidR="00227D1F" w:rsidRPr="00186BEE" w:rsidRDefault="00186BEE">
      <w:pPr>
        <w:autoSpaceDE w:val="0"/>
        <w:autoSpaceDN w:val="0"/>
        <w:spacing w:before="346" w:after="0" w:line="302" w:lineRule="auto"/>
        <w:ind w:right="720"/>
        <w:rPr>
          <w:lang w:val="ru-RU"/>
        </w:rPr>
      </w:pPr>
      <w:r w:rsidRPr="00186BEE">
        <w:rPr>
          <w:rFonts w:ascii="Times New Roman" w:eastAsia="Times New Roman" w:hAnsi="Times New Roman"/>
          <w:b/>
          <w:color w:val="000000"/>
          <w:sz w:val="24"/>
          <w:lang w:val="ru-RU"/>
        </w:rPr>
        <w:t xml:space="preserve">УЧЕБНОЕ ОБОРУДОВАНИЕ </w:t>
      </w:r>
      <w:r w:rsidRPr="00186BEE">
        <w:rPr>
          <w:lang w:val="ru-RU"/>
        </w:rPr>
        <w:br/>
      </w:r>
      <w:r w:rsidRPr="00186BEE">
        <w:rPr>
          <w:rFonts w:ascii="Times New Roman" w:eastAsia="Times New Roman" w:hAnsi="Times New Roman"/>
          <w:color w:val="000000"/>
          <w:sz w:val="24"/>
          <w:lang w:val="ru-RU"/>
        </w:rPr>
        <w:t>Справочные таблицы, модели геометрических фигур 2</w:t>
      </w:r>
      <w:r>
        <w:rPr>
          <w:rFonts w:ascii="Times New Roman" w:eastAsia="Times New Roman" w:hAnsi="Times New Roman"/>
          <w:color w:val="000000"/>
          <w:sz w:val="24"/>
        </w:rPr>
        <w:t>d</w:t>
      </w:r>
      <w:r w:rsidRPr="00186BEE">
        <w:rPr>
          <w:rFonts w:ascii="Times New Roman" w:eastAsia="Times New Roman" w:hAnsi="Times New Roman"/>
          <w:color w:val="000000"/>
          <w:sz w:val="24"/>
          <w:lang w:val="ru-RU"/>
        </w:rPr>
        <w:t xml:space="preserve"> и 3</w:t>
      </w:r>
      <w:r>
        <w:rPr>
          <w:rFonts w:ascii="Times New Roman" w:eastAsia="Times New Roman" w:hAnsi="Times New Roman"/>
          <w:color w:val="000000"/>
          <w:sz w:val="24"/>
        </w:rPr>
        <w:t>d</w:t>
      </w:r>
      <w:r w:rsidRPr="00186BEE">
        <w:rPr>
          <w:rFonts w:ascii="Times New Roman" w:eastAsia="Times New Roman" w:hAnsi="Times New Roman"/>
          <w:color w:val="000000"/>
          <w:sz w:val="24"/>
          <w:lang w:val="ru-RU"/>
        </w:rPr>
        <w:t>, компьютер, интерактивная доска</w:t>
      </w:r>
    </w:p>
    <w:p w:rsidR="00227D1F" w:rsidRPr="00186BEE" w:rsidRDefault="00186BEE">
      <w:pPr>
        <w:autoSpaceDE w:val="0"/>
        <w:autoSpaceDN w:val="0"/>
        <w:spacing w:before="262" w:after="0" w:line="302" w:lineRule="auto"/>
        <w:ind w:right="720"/>
        <w:rPr>
          <w:lang w:val="ru-RU"/>
        </w:rPr>
      </w:pPr>
      <w:r w:rsidRPr="00186BEE">
        <w:rPr>
          <w:rFonts w:ascii="Times New Roman" w:eastAsia="Times New Roman" w:hAnsi="Times New Roman"/>
          <w:b/>
          <w:color w:val="000000"/>
          <w:sz w:val="24"/>
          <w:lang w:val="ru-RU"/>
        </w:rPr>
        <w:t xml:space="preserve">ОБОРУДОВАНИЕ ДЛЯ ПРОВЕДЕНИЯ ЛАБОРАТОРНЫХ И ПРАКТИЧЕСКИХ РАБОТ </w:t>
      </w:r>
      <w:r w:rsidRPr="00186BEE">
        <w:rPr>
          <w:rFonts w:ascii="Times New Roman" w:eastAsia="Times New Roman" w:hAnsi="Times New Roman"/>
          <w:color w:val="000000"/>
          <w:sz w:val="24"/>
          <w:lang w:val="ru-RU"/>
        </w:rPr>
        <w:t>Персональный компьютер, интерактивная панель, Интернет соединение</w:t>
      </w:r>
    </w:p>
    <w:p w:rsidR="00227D1F" w:rsidRPr="00186BEE" w:rsidRDefault="00227D1F">
      <w:pPr>
        <w:rPr>
          <w:lang w:val="ru-RU"/>
        </w:rPr>
        <w:sectPr w:rsidR="00227D1F" w:rsidRPr="00186BEE">
          <w:pgSz w:w="11900" w:h="16840"/>
          <w:pgMar w:top="298" w:right="650" w:bottom="1440" w:left="666" w:header="720" w:footer="720" w:gutter="0"/>
          <w:cols w:space="720" w:equalWidth="0">
            <w:col w:w="10584" w:space="0"/>
          </w:cols>
          <w:docGrid w:linePitch="360"/>
        </w:sectPr>
      </w:pPr>
    </w:p>
    <w:p w:rsidR="00186BEE" w:rsidRPr="00186BEE" w:rsidRDefault="00186BEE">
      <w:pPr>
        <w:rPr>
          <w:lang w:val="ru-RU"/>
        </w:rPr>
      </w:pPr>
    </w:p>
    <w:sectPr w:rsidR="00186BEE" w:rsidRPr="00186BEE"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86BEE"/>
    <w:rsid w:val="00227D1F"/>
    <w:rsid w:val="0027757A"/>
    <w:rsid w:val="0029639D"/>
    <w:rsid w:val="00326F90"/>
    <w:rsid w:val="004C5681"/>
    <w:rsid w:val="00AA1D8D"/>
    <w:rsid w:val="00B47730"/>
    <w:rsid w:val="00CB0664"/>
    <w:rsid w:val="00EF1A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4A65B6B-3334-440C-8CD2-79665E7A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4C5681"/>
    <w:rPr>
      <w:color w:val="0000FF" w:themeColor="hyperlink"/>
      <w:u w:val="single"/>
    </w:rPr>
  </w:style>
  <w:style w:type="character" w:styleId="aff9">
    <w:name w:val="FollowedHyperlink"/>
    <w:basedOn w:val="a2"/>
    <w:uiPriority w:val="99"/>
    <w:semiHidden/>
    <w:unhideWhenUsed/>
    <w:rsid w:val="004C56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yaklas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sh.ed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AC5DE-3025-4D99-A6C9-E04E7AF1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7822</Words>
  <Characters>44590</Characters>
  <Application>Microsoft Office Word</Application>
  <DocSecurity>0</DocSecurity>
  <Lines>371</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52308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2</cp:revision>
  <dcterms:created xsi:type="dcterms:W3CDTF">2022-08-24T08:25:00Z</dcterms:created>
  <dcterms:modified xsi:type="dcterms:W3CDTF">2022-08-24T08:25:00Z</dcterms:modified>
  <cp:category/>
</cp:coreProperties>
</file>